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D6792" w14:textId="77777777" w:rsidR="009A251A" w:rsidRDefault="00D63C03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E784CB3" wp14:editId="65292F76">
            <wp:simplePos x="0" y="0"/>
            <wp:positionH relativeFrom="column">
              <wp:posOffset>186055</wp:posOffset>
            </wp:positionH>
            <wp:positionV relativeFrom="paragraph">
              <wp:posOffset>280035</wp:posOffset>
            </wp:positionV>
            <wp:extent cx="6372000" cy="622908"/>
            <wp:effectExtent l="0" t="0" r="0" b="6350"/>
            <wp:wrapTight wrapText="bothSides">
              <wp:wrapPolygon edited="0">
                <wp:start x="0" y="0"/>
                <wp:lineTo x="0" y="21159"/>
                <wp:lineTo x="21505" y="21159"/>
                <wp:lineTo x="2150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cina_header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72000" cy="622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pPr w:leftFromText="141" w:rightFromText="141" w:bottomFromText="200" w:vertAnchor="page" w:horzAnchor="margin" w:tblpY="2281"/>
        <w:tblW w:w="10548" w:type="dxa"/>
        <w:tblLook w:val="01E0" w:firstRow="1" w:lastRow="1" w:firstColumn="1" w:lastColumn="1" w:noHBand="0" w:noVBand="0"/>
      </w:tblPr>
      <w:tblGrid>
        <w:gridCol w:w="1651"/>
        <w:gridCol w:w="7451"/>
        <w:gridCol w:w="1446"/>
      </w:tblGrid>
      <w:tr w:rsidR="00D63C03" w14:paraId="2986427D" w14:textId="77777777" w:rsidTr="0069500C">
        <w:tc>
          <w:tcPr>
            <w:tcW w:w="1651" w:type="dxa"/>
            <w:hideMark/>
          </w:tcPr>
          <w:p w14:paraId="2384F6C0" w14:textId="77777777" w:rsidR="00D63C03" w:rsidRDefault="00D63C03" w:rsidP="0069500C">
            <w:pPr>
              <w:tabs>
                <w:tab w:val="left" w:pos="1290"/>
              </w:tabs>
              <w:rPr>
                <w:rFonts w:ascii="Calibri" w:hAnsi="Calibri"/>
                <w:noProof/>
              </w:rPr>
            </w:pPr>
            <w:r>
              <w:tab/>
            </w:r>
          </w:p>
          <w:p w14:paraId="3EFAD8BA" w14:textId="77777777" w:rsidR="00D63C03" w:rsidRDefault="00D63C03" w:rsidP="0069500C">
            <w:pPr>
              <w:tabs>
                <w:tab w:val="left" w:pos="1290"/>
              </w:tabs>
            </w:pPr>
            <w:r>
              <w:rPr>
                <w:rFonts w:ascii="Calibri" w:hAnsi="Calibri" w:cs="Calibri"/>
                <w:noProof/>
                <w:sz w:val="22"/>
                <w:lang w:val="it-IT"/>
              </w:rPr>
              <w:drawing>
                <wp:inline distT="0" distB="0" distL="0" distR="0" wp14:anchorId="1EB17CE5" wp14:editId="1A111B9C">
                  <wp:extent cx="847725" cy="704850"/>
                  <wp:effectExtent l="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1" w:type="dxa"/>
          </w:tcPr>
          <w:p w14:paraId="38591B28" w14:textId="77777777" w:rsidR="00D63C03" w:rsidRDefault="00D63C03" w:rsidP="0069500C">
            <w:pPr>
              <w:pStyle w:val="Intestazione"/>
              <w:spacing w:line="276" w:lineRule="auto"/>
              <w:ind w:left="-283" w:right="-217"/>
              <w:jc w:val="center"/>
              <w:rPr>
                <w:b/>
              </w:rPr>
            </w:pPr>
          </w:p>
          <w:p w14:paraId="4D73A13A" w14:textId="77777777" w:rsidR="00D63C03" w:rsidRDefault="00D63C03" w:rsidP="0069500C">
            <w:pPr>
              <w:pStyle w:val="Intestazione"/>
              <w:spacing w:line="276" w:lineRule="auto"/>
              <w:ind w:left="-283" w:right="-217"/>
              <w:jc w:val="center"/>
              <w:rPr>
                <w:rFonts w:cs="Arial"/>
                <w:b/>
                <w:sz w:val="34"/>
                <w:szCs w:val="36"/>
              </w:rPr>
            </w:pPr>
            <w:proofErr w:type="spellStart"/>
            <w:r>
              <w:rPr>
                <w:rFonts w:cs="Arial"/>
                <w:b/>
                <w:sz w:val="34"/>
                <w:szCs w:val="36"/>
              </w:rPr>
              <w:t>Liceo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 xml:space="preserve"> </w:t>
            </w:r>
            <w:proofErr w:type="spellStart"/>
            <w:r>
              <w:rPr>
                <w:rFonts w:cs="Arial"/>
                <w:b/>
                <w:sz w:val="34"/>
                <w:szCs w:val="36"/>
              </w:rPr>
              <w:t>Scientifico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 xml:space="preserve"> </w:t>
            </w:r>
            <w:proofErr w:type="spellStart"/>
            <w:r>
              <w:rPr>
                <w:rFonts w:cs="Arial"/>
                <w:b/>
                <w:sz w:val="34"/>
                <w:szCs w:val="36"/>
              </w:rPr>
              <w:t>Statale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 xml:space="preserve"> “G. </w:t>
            </w:r>
            <w:proofErr w:type="spellStart"/>
            <w:r>
              <w:rPr>
                <w:rFonts w:cs="Arial"/>
                <w:b/>
                <w:sz w:val="34"/>
                <w:szCs w:val="36"/>
              </w:rPr>
              <w:t>Ancina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>”</w:t>
            </w:r>
          </w:p>
          <w:p w14:paraId="67FD03C9" w14:textId="77777777" w:rsidR="00D63C03" w:rsidRDefault="00D63C03" w:rsidP="0069500C">
            <w:pPr>
              <w:pStyle w:val="Intestazione"/>
              <w:spacing w:line="276" w:lineRule="auto"/>
              <w:ind w:left="-283" w:right="-217"/>
              <w:jc w:val="center"/>
              <w:rPr>
                <w:rFonts w:cs="Arial"/>
                <w:b/>
                <w:sz w:val="19"/>
              </w:rPr>
            </w:pP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Scientifico</w:t>
            </w:r>
            <w:proofErr w:type="spellEnd"/>
            <w:r>
              <w:rPr>
                <w:rFonts w:cs="Arial"/>
                <w:b/>
              </w:rPr>
              <w:t xml:space="preserve"> – </w:t>
            </w: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Scientifico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ad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indirizzo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Sportivo</w:t>
            </w:r>
            <w:proofErr w:type="spellEnd"/>
          </w:p>
          <w:p w14:paraId="70872E6D" w14:textId="77777777" w:rsidR="00D63C03" w:rsidRDefault="00D63C03" w:rsidP="0069500C">
            <w:pPr>
              <w:pStyle w:val="Intestazione"/>
              <w:spacing w:line="276" w:lineRule="auto"/>
              <w:ind w:left="-283" w:right="-217"/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Linguistico</w:t>
            </w:r>
            <w:proofErr w:type="spellEnd"/>
            <w:r>
              <w:rPr>
                <w:rFonts w:cs="Arial"/>
                <w:b/>
              </w:rPr>
              <w:t xml:space="preserve"> - </w:t>
            </w: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delle</w:t>
            </w:r>
            <w:proofErr w:type="spellEnd"/>
            <w:r>
              <w:rPr>
                <w:rFonts w:cs="Arial"/>
                <w:b/>
              </w:rPr>
              <w:t xml:space="preserve"> Scienze </w:t>
            </w:r>
            <w:proofErr w:type="spellStart"/>
            <w:r>
              <w:rPr>
                <w:rFonts w:cs="Arial"/>
                <w:b/>
              </w:rPr>
              <w:t>Umane</w:t>
            </w:r>
            <w:proofErr w:type="spellEnd"/>
          </w:p>
          <w:p w14:paraId="0D0D07D5" w14:textId="77777777" w:rsidR="00D63C03" w:rsidRDefault="00D63C03" w:rsidP="0069500C">
            <w:pPr>
              <w:pStyle w:val="Intestazione"/>
              <w:spacing w:line="276" w:lineRule="auto"/>
              <w:ind w:left="-283" w:right="-217"/>
              <w:jc w:val="center"/>
              <w:rPr>
                <w:rFonts w:cs="Arial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P.</w:t>
            </w:r>
            <w:r>
              <w:rPr>
                <w:rFonts w:cs="Arial"/>
                <w:sz w:val="18"/>
                <w:szCs w:val="18"/>
                <w:vertAlign w:val="superscript"/>
              </w:rPr>
              <w:t>zza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Don Mario </w:t>
            </w:r>
            <w:proofErr w:type="spellStart"/>
            <w:r>
              <w:rPr>
                <w:rFonts w:cs="Arial"/>
                <w:sz w:val="18"/>
                <w:szCs w:val="18"/>
              </w:rPr>
              <w:t>Picco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, 6 / Via Tripoli, </w:t>
            </w:r>
            <w:proofErr w:type="gramStart"/>
            <w:r>
              <w:rPr>
                <w:rFonts w:cs="Arial"/>
                <w:sz w:val="18"/>
                <w:szCs w:val="18"/>
              </w:rPr>
              <w:t>4  -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 12045 FOSSANO (CN)</w:t>
            </w:r>
          </w:p>
          <w:p w14:paraId="47F23026" w14:textId="77777777" w:rsidR="00D63C03" w:rsidRDefault="00D63C03" w:rsidP="0069500C">
            <w:pPr>
              <w:tabs>
                <w:tab w:val="left" w:pos="175"/>
              </w:tabs>
              <w:spacing w:after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8"/>
                <w:szCs w:val="18"/>
              </w:rPr>
              <w:t>PEC</w:t>
            </w:r>
            <w:r>
              <w:rPr>
                <w:rFonts w:cs="Arial"/>
                <w:b/>
                <w:sz w:val="18"/>
                <w:szCs w:val="18"/>
              </w:rPr>
              <w:t xml:space="preserve">: </w:t>
            </w:r>
            <w:r>
              <w:rPr>
                <w:rFonts w:cs="Arial"/>
                <w:sz w:val="16"/>
                <w:szCs w:val="16"/>
              </w:rPr>
              <w:t xml:space="preserve">cnps010003@pec.istruzione.it      </w:t>
            </w:r>
            <w:r>
              <w:rPr>
                <w:rFonts w:cs="Arial"/>
                <w:sz w:val="18"/>
                <w:szCs w:val="18"/>
              </w:rPr>
              <w:t>PEO</w:t>
            </w:r>
            <w:r>
              <w:rPr>
                <w:rFonts w:cs="Arial"/>
                <w:b/>
                <w:sz w:val="18"/>
                <w:szCs w:val="18"/>
              </w:rPr>
              <w:t>:</w:t>
            </w:r>
            <w:r>
              <w:rPr>
                <w:rFonts w:cs="Arial"/>
                <w:b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info@liceoancina.edu.it     Sito Web: liceoancina.edu.it</w:t>
            </w:r>
          </w:p>
          <w:p w14:paraId="312DFD5E" w14:textId="77777777" w:rsidR="00D63C03" w:rsidRDefault="00D63C03" w:rsidP="0069500C">
            <w:pPr>
              <w:pStyle w:val="Intestazione"/>
              <w:spacing w:line="276" w:lineRule="auto"/>
              <w:ind w:left="-283" w:right="-217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Tel. 0172/694063</w:t>
            </w:r>
          </w:p>
        </w:tc>
        <w:tc>
          <w:tcPr>
            <w:tcW w:w="1446" w:type="dxa"/>
          </w:tcPr>
          <w:p w14:paraId="4C5DD7A3" w14:textId="77777777" w:rsidR="00D63C03" w:rsidRDefault="00D63C03" w:rsidP="0069500C">
            <w:pPr>
              <w:tabs>
                <w:tab w:val="left" w:pos="1290"/>
              </w:tabs>
              <w:rPr>
                <w:rFonts w:ascii="Calibri" w:hAnsi="Calibri"/>
                <w:noProof/>
                <w:sz w:val="18"/>
                <w:szCs w:val="18"/>
              </w:rPr>
            </w:pPr>
          </w:p>
          <w:p w14:paraId="472675E9" w14:textId="77777777" w:rsidR="00D63C03" w:rsidRDefault="00D63C03" w:rsidP="0069500C">
            <w:pPr>
              <w:tabs>
                <w:tab w:val="left" w:pos="1290"/>
              </w:tabs>
              <w:rPr>
                <w:rFonts w:ascii="Calibri" w:hAnsi="Calibri"/>
                <w:noProof/>
                <w:sz w:val="19"/>
              </w:rPr>
            </w:pPr>
            <w:r>
              <w:rPr>
                <w:sz w:val="19"/>
              </w:rPr>
              <w:object w:dxaOrig="1230" w:dyaOrig="1230" w14:anchorId="23F25A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1.5pt;height:61.5pt" o:ole="" fillcolor="window">
                  <v:imagedata r:id="rId8" o:title=""/>
                </v:shape>
                <o:OLEObject Type="Embed" ProgID="Word.Picture.8" ShapeID="_x0000_i1025" DrawAspect="Content" ObjectID="_1852984699" r:id="rId9"/>
              </w:object>
            </w:r>
          </w:p>
        </w:tc>
      </w:tr>
    </w:tbl>
    <w:p w14:paraId="78625A59" w14:textId="77777777" w:rsidR="009A251A" w:rsidRDefault="00D63C03" w:rsidP="00D63C03">
      <w:pPr>
        <w:spacing w:before="120" w:after="160"/>
        <w:jc w:val="both"/>
      </w:pPr>
      <w:r>
        <w:rPr>
          <w:b/>
          <w:sz w:val="26"/>
        </w:rPr>
        <w:t>ALLEGATO 4 - DICHIARAZIONE DI ASSENZA DI INCOMPATIBILITÀ E CONFLITTO DI INTERESSI</w:t>
      </w:r>
    </w:p>
    <w:p w14:paraId="6560EA70" w14:textId="77777777" w:rsidR="00D63C03" w:rsidRDefault="00D63C03">
      <w:pPr>
        <w:spacing w:after="60"/>
        <w:jc w:val="both"/>
      </w:pPr>
    </w:p>
    <w:p w14:paraId="7030F247" w14:textId="780EA871" w:rsidR="009A251A" w:rsidRDefault="00D63C03">
      <w:pPr>
        <w:spacing w:after="60"/>
        <w:jc w:val="both"/>
      </w:pPr>
      <w:r>
        <w:t xml:space="preserve">Il/La </w:t>
      </w:r>
      <w:proofErr w:type="spellStart"/>
      <w:r>
        <w:t>sottoscritto</w:t>
      </w:r>
      <w:proofErr w:type="spellEnd"/>
      <w:r>
        <w:t xml:space="preserve">/a __________________________________________, </w:t>
      </w:r>
      <w:proofErr w:type="spellStart"/>
      <w:r>
        <w:t>candidato</w:t>
      </w:r>
      <w:proofErr w:type="spellEnd"/>
      <w:r>
        <w:t>/a per l’incarico di □ Progettista didattico □ Progettista tecnico e delle forniture, nell’ambito del progetto RSO4.</w:t>
      </w:r>
      <w:proofErr w:type="gramStart"/>
      <w:r>
        <w:t>2.A</w:t>
      </w:r>
      <w:proofErr w:type="gramEnd"/>
      <w:r>
        <w:t>3.A-FESRPN-PI-2026-9 - CUP B44D25003040007, consapevole delle responsabilità previste dal D.P.R. 445/2000,</w:t>
      </w:r>
    </w:p>
    <w:p w14:paraId="1AF7F09C" w14:textId="77777777" w:rsidR="00D63C03" w:rsidRDefault="00D63C03">
      <w:pPr>
        <w:spacing w:after="60"/>
        <w:jc w:val="center"/>
        <w:rPr>
          <w:b/>
          <w:sz w:val="23"/>
        </w:rPr>
      </w:pPr>
    </w:p>
    <w:p w14:paraId="20CB8801" w14:textId="520EC066" w:rsidR="009A251A" w:rsidRDefault="00D63C03">
      <w:pPr>
        <w:spacing w:after="60"/>
        <w:jc w:val="center"/>
        <w:rPr>
          <w:b/>
          <w:sz w:val="23"/>
        </w:rPr>
      </w:pPr>
      <w:r>
        <w:rPr>
          <w:b/>
          <w:sz w:val="23"/>
        </w:rPr>
        <w:t>DICHIARA</w:t>
      </w:r>
    </w:p>
    <w:p w14:paraId="1B2975AB" w14:textId="77777777" w:rsidR="00D63C03" w:rsidRDefault="00D63C03">
      <w:pPr>
        <w:spacing w:after="60"/>
        <w:jc w:val="center"/>
      </w:pPr>
    </w:p>
    <w:p w14:paraId="3B2D4BBB" w14:textId="77777777" w:rsidR="009A251A" w:rsidRDefault="00D63C03">
      <w:pPr>
        <w:pStyle w:val="Puntoelenco"/>
        <w:spacing w:after="40"/>
        <w:jc w:val="both"/>
      </w:pPr>
      <w:r>
        <w:t>di non trovarsi in alcuna situazione di incompatibilità o inconferibilità rispetto all’incarico;</w:t>
      </w:r>
    </w:p>
    <w:p w14:paraId="53BF15B5" w14:textId="77777777" w:rsidR="009A251A" w:rsidRDefault="00D63C03">
      <w:pPr>
        <w:pStyle w:val="Puntoelenco"/>
        <w:spacing w:after="40"/>
        <w:jc w:val="both"/>
      </w:pPr>
      <w:r>
        <w:t>di non trovarsi in situazione di conflitto di interessi, anche potenziale, con l’Istituzione scolastica, gli operatori economici coinvolti o potenzialmente coinvolti nelle procedure di acquisizione e gli altri soggetti interessati;</w:t>
      </w:r>
    </w:p>
    <w:p w14:paraId="64B0933F" w14:textId="77777777" w:rsidR="009A251A" w:rsidRDefault="00D63C03">
      <w:pPr>
        <w:pStyle w:val="Puntoelenco"/>
        <w:spacing w:after="40"/>
        <w:jc w:val="both"/>
      </w:pPr>
      <w:r>
        <w:t>di impegnarsi a comunicare tempestivamente ogni situazione sopravvenuta rilevante;</w:t>
      </w:r>
    </w:p>
    <w:p w14:paraId="650DD790" w14:textId="77777777" w:rsidR="009A251A" w:rsidRDefault="00D63C03">
      <w:pPr>
        <w:pStyle w:val="Puntoelenco"/>
        <w:spacing w:after="40"/>
        <w:jc w:val="both"/>
      </w:pPr>
      <w:r>
        <w:t>di astenersi da attività incompatibili con il ruolo affidato e, per il progettista tecnico, da eventuali funzioni di valutazione delle offerte o collaudo quando ciò possa determinare conflitto o sovrapposizione di funzioni.</w:t>
      </w:r>
    </w:p>
    <w:p w14:paraId="6518A32E" w14:textId="77777777" w:rsidR="00D63C03" w:rsidRDefault="00D63C03">
      <w:pPr>
        <w:spacing w:after="60"/>
        <w:jc w:val="both"/>
      </w:pPr>
    </w:p>
    <w:p w14:paraId="5F139CEE" w14:textId="7D3902E2" w:rsidR="009A251A" w:rsidRDefault="00D63C03">
      <w:pPr>
        <w:spacing w:after="60"/>
        <w:jc w:val="both"/>
      </w:pPr>
      <w:r>
        <w:t xml:space="preserve">Data __________ </w:t>
      </w:r>
      <w:r>
        <w:tab/>
      </w:r>
      <w:proofErr w:type="spellStart"/>
      <w:r>
        <w:t>Firma</w:t>
      </w:r>
      <w:proofErr w:type="spellEnd"/>
      <w:r>
        <w:t xml:space="preserve"> ______________________________</w:t>
      </w:r>
    </w:p>
    <w:sectPr w:rsidR="009A251A" w:rsidSect="00034616">
      <w:pgSz w:w="12240" w:h="15840"/>
      <w:pgMar w:top="624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1300396">
    <w:abstractNumId w:val="8"/>
  </w:num>
  <w:num w:numId="2" w16cid:durableId="746996293">
    <w:abstractNumId w:val="6"/>
  </w:num>
  <w:num w:numId="3" w16cid:durableId="2100565834">
    <w:abstractNumId w:val="5"/>
  </w:num>
  <w:num w:numId="4" w16cid:durableId="1888956573">
    <w:abstractNumId w:val="4"/>
  </w:num>
  <w:num w:numId="5" w16cid:durableId="506989227">
    <w:abstractNumId w:val="7"/>
  </w:num>
  <w:num w:numId="6" w16cid:durableId="1715734499">
    <w:abstractNumId w:val="3"/>
  </w:num>
  <w:num w:numId="7" w16cid:durableId="1281492407">
    <w:abstractNumId w:val="2"/>
  </w:num>
  <w:num w:numId="8" w16cid:durableId="1232278451">
    <w:abstractNumId w:val="1"/>
  </w:num>
  <w:num w:numId="9" w16cid:durableId="1152867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8528A"/>
    <w:rsid w:val="0029639D"/>
    <w:rsid w:val="00326F90"/>
    <w:rsid w:val="009A251A"/>
    <w:rsid w:val="00AA1D8D"/>
    <w:rsid w:val="00B47730"/>
    <w:rsid w:val="00CB0664"/>
    <w:rsid w:val="00D63C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21916A"/>
  <w14:defaultImageDpi w14:val="300"/>
  <w15:docId w15:val="{0296BBC9-DCA2-4BDF-B6FC-D57F148D5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eastAsia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3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1232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DSGA</cp:lastModifiedBy>
  <cp:revision>2</cp:revision>
  <dcterms:created xsi:type="dcterms:W3CDTF">2026-10-08T15:12:00Z</dcterms:created>
  <dcterms:modified xsi:type="dcterms:W3CDTF">2026-10-08T15:12:00Z</dcterms:modified>
  <cp:category/>
</cp:coreProperties>
</file>