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62CDD" w14:textId="77777777" w:rsidR="002F38FE" w:rsidRDefault="00174DF1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9C4A941" wp14:editId="1FC11A7D">
            <wp:simplePos x="0" y="0"/>
            <wp:positionH relativeFrom="column">
              <wp:posOffset>128905</wp:posOffset>
            </wp:positionH>
            <wp:positionV relativeFrom="paragraph">
              <wp:posOffset>280035</wp:posOffset>
            </wp:positionV>
            <wp:extent cx="6372000" cy="622908"/>
            <wp:effectExtent l="0" t="0" r="0" b="6350"/>
            <wp:wrapTight wrapText="bothSides">
              <wp:wrapPolygon edited="0">
                <wp:start x="0" y="0"/>
                <wp:lineTo x="0" y="21159"/>
                <wp:lineTo x="21505" y="21159"/>
                <wp:lineTo x="2150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cina_header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62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pPr w:leftFromText="141" w:rightFromText="141" w:bottomFromText="200" w:vertAnchor="page" w:horzAnchor="margin" w:tblpY="2281"/>
        <w:tblW w:w="10548" w:type="dxa"/>
        <w:tblLook w:val="01E0" w:firstRow="1" w:lastRow="1" w:firstColumn="1" w:lastColumn="1" w:noHBand="0" w:noVBand="0"/>
      </w:tblPr>
      <w:tblGrid>
        <w:gridCol w:w="1651"/>
        <w:gridCol w:w="7451"/>
        <w:gridCol w:w="1446"/>
      </w:tblGrid>
      <w:tr w:rsidR="00174DF1" w14:paraId="397A0B43" w14:textId="77777777" w:rsidTr="0069500C">
        <w:tc>
          <w:tcPr>
            <w:tcW w:w="1651" w:type="dxa"/>
            <w:hideMark/>
          </w:tcPr>
          <w:p w14:paraId="4E2AD4CF" w14:textId="77777777" w:rsidR="00174DF1" w:rsidRDefault="00174DF1" w:rsidP="0069500C">
            <w:pPr>
              <w:tabs>
                <w:tab w:val="left" w:pos="1290"/>
              </w:tabs>
              <w:rPr>
                <w:rFonts w:ascii="Calibri" w:hAnsi="Calibri"/>
                <w:noProof/>
              </w:rPr>
            </w:pPr>
            <w:r>
              <w:tab/>
            </w:r>
          </w:p>
          <w:p w14:paraId="5C32DCF8" w14:textId="77777777" w:rsidR="00174DF1" w:rsidRDefault="00174DF1" w:rsidP="0069500C">
            <w:pPr>
              <w:tabs>
                <w:tab w:val="left" w:pos="1290"/>
              </w:tabs>
            </w:pPr>
            <w:r>
              <w:rPr>
                <w:rFonts w:ascii="Calibri" w:hAnsi="Calibri" w:cs="Calibri"/>
                <w:noProof/>
                <w:sz w:val="22"/>
                <w:lang w:val="it-IT"/>
              </w:rPr>
              <w:drawing>
                <wp:inline distT="0" distB="0" distL="0" distR="0" wp14:anchorId="1A0EEE45" wp14:editId="49D79A3E">
                  <wp:extent cx="847725" cy="70485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1" w:type="dxa"/>
          </w:tcPr>
          <w:p w14:paraId="2653F2C8" w14:textId="77777777" w:rsidR="00174DF1" w:rsidRDefault="00174DF1" w:rsidP="0069500C">
            <w:pPr>
              <w:pStyle w:val="Intestazione"/>
              <w:spacing w:line="276" w:lineRule="auto"/>
              <w:ind w:left="-283" w:right="-217"/>
              <w:jc w:val="center"/>
              <w:rPr>
                <w:b/>
              </w:rPr>
            </w:pPr>
          </w:p>
          <w:p w14:paraId="7D95B094" w14:textId="77777777" w:rsidR="00174DF1" w:rsidRDefault="00174DF1" w:rsidP="0069500C">
            <w:pPr>
              <w:pStyle w:val="Intestazione"/>
              <w:spacing w:line="276" w:lineRule="auto"/>
              <w:ind w:left="-283" w:right="-217"/>
              <w:jc w:val="center"/>
              <w:rPr>
                <w:rFonts w:cs="Arial"/>
                <w:b/>
                <w:sz w:val="34"/>
                <w:szCs w:val="36"/>
              </w:rPr>
            </w:pPr>
            <w:proofErr w:type="spellStart"/>
            <w:r>
              <w:rPr>
                <w:rFonts w:cs="Arial"/>
                <w:b/>
                <w:sz w:val="34"/>
                <w:szCs w:val="36"/>
              </w:rPr>
              <w:t>Liceo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Scientifico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Statale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“G.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Ancina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>”</w:t>
            </w:r>
          </w:p>
          <w:p w14:paraId="72A41A5E" w14:textId="77777777" w:rsidR="00174DF1" w:rsidRDefault="00174DF1" w:rsidP="0069500C">
            <w:pPr>
              <w:pStyle w:val="Intestazione"/>
              <w:spacing w:line="276" w:lineRule="auto"/>
              <w:ind w:left="-283" w:right="-217"/>
              <w:jc w:val="center"/>
              <w:rPr>
                <w:rFonts w:cs="Arial"/>
                <w:b/>
                <w:sz w:val="19"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–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ad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indirizzo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Sportivo</w:t>
            </w:r>
            <w:proofErr w:type="spellEnd"/>
          </w:p>
          <w:p w14:paraId="1C948B0D" w14:textId="77777777" w:rsidR="00174DF1" w:rsidRDefault="00174DF1" w:rsidP="0069500C">
            <w:pPr>
              <w:pStyle w:val="Intestazione"/>
              <w:spacing w:line="276" w:lineRule="auto"/>
              <w:ind w:left="-283" w:right="-217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Linguistico</w:t>
            </w:r>
            <w:proofErr w:type="spellEnd"/>
            <w:r>
              <w:rPr>
                <w:rFonts w:cs="Arial"/>
                <w:b/>
              </w:rPr>
              <w:t xml:space="preserve"> -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delle</w:t>
            </w:r>
            <w:proofErr w:type="spellEnd"/>
            <w:r>
              <w:rPr>
                <w:rFonts w:cs="Arial"/>
                <w:b/>
              </w:rPr>
              <w:t xml:space="preserve"> Scienze </w:t>
            </w:r>
            <w:proofErr w:type="spellStart"/>
            <w:r>
              <w:rPr>
                <w:rFonts w:cs="Arial"/>
                <w:b/>
              </w:rPr>
              <w:t>Umane</w:t>
            </w:r>
            <w:proofErr w:type="spellEnd"/>
          </w:p>
          <w:p w14:paraId="09A731CA" w14:textId="77777777" w:rsidR="00174DF1" w:rsidRDefault="00174DF1" w:rsidP="0069500C">
            <w:pPr>
              <w:pStyle w:val="Intestazione"/>
              <w:spacing w:line="276" w:lineRule="auto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P.</w:t>
            </w:r>
            <w:r>
              <w:rPr>
                <w:rFonts w:cs="Arial"/>
                <w:sz w:val="18"/>
                <w:szCs w:val="18"/>
                <w:vertAlign w:val="superscript"/>
              </w:rPr>
              <w:t>zza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Don Mario </w:t>
            </w:r>
            <w:proofErr w:type="spellStart"/>
            <w:r>
              <w:rPr>
                <w:rFonts w:cs="Arial"/>
                <w:sz w:val="18"/>
                <w:szCs w:val="18"/>
              </w:rPr>
              <w:t>Picco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, 6 / Via Tripoli, </w:t>
            </w:r>
            <w:proofErr w:type="gramStart"/>
            <w:r>
              <w:rPr>
                <w:rFonts w:cs="Arial"/>
                <w:sz w:val="18"/>
                <w:szCs w:val="18"/>
              </w:rPr>
              <w:t>4  -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 12045 FOSSANO (CN)</w:t>
            </w:r>
          </w:p>
          <w:p w14:paraId="6E2DD178" w14:textId="77777777" w:rsidR="00174DF1" w:rsidRDefault="00174DF1" w:rsidP="0069500C">
            <w:pPr>
              <w:tabs>
                <w:tab w:val="left" w:pos="175"/>
              </w:tabs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8"/>
                <w:szCs w:val="18"/>
              </w:rPr>
              <w:t>PEC</w:t>
            </w:r>
            <w:r>
              <w:rPr>
                <w:rFonts w:cs="Arial"/>
                <w:b/>
                <w:sz w:val="18"/>
                <w:szCs w:val="18"/>
              </w:rPr>
              <w:t xml:space="preserve">: </w:t>
            </w:r>
            <w:r>
              <w:rPr>
                <w:rFonts w:cs="Arial"/>
                <w:sz w:val="16"/>
                <w:szCs w:val="16"/>
              </w:rPr>
              <w:t xml:space="preserve">cnps010003@pec.istruzione.it      </w:t>
            </w:r>
            <w:r>
              <w:rPr>
                <w:rFonts w:cs="Arial"/>
                <w:sz w:val="18"/>
                <w:szCs w:val="18"/>
              </w:rPr>
              <w:t>PEO</w:t>
            </w:r>
            <w:r>
              <w:rPr>
                <w:rFonts w:cs="Arial"/>
                <w:b/>
                <w:sz w:val="18"/>
                <w:szCs w:val="18"/>
              </w:rPr>
              <w:t>: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info@liceoancina.edu.it     Sito Web: liceoancina.edu.it</w:t>
            </w:r>
          </w:p>
          <w:p w14:paraId="6EC9E68C" w14:textId="77777777" w:rsidR="00174DF1" w:rsidRDefault="00174DF1" w:rsidP="0069500C">
            <w:pPr>
              <w:pStyle w:val="Intestazione"/>
              <w:spacing w:line="276" w:lineRule="auto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Tel. 0172/694063</w:t>
            </w:r>
          </w:p>
        </w:tc>
        <w:tc>
          <w:tcPr>
            <w:tcW w:w="1446" w:type="dxa"/>
          </w:tcPr>
          <w:p w14:paraId="529E6FBC" w14:textId="77777777" w:rsidR="00174DF1" w:rsidRDefault="00174DF1" w:rsidP="0069500C">
            <w:pPr>
              <w:tabs>
                <w:tab w:val="left" w:pos="1290"/>
              </w:tabs>
              <w:rPr>
                <w:rFonts w:ascii="Calibri" w:hAnsi="Calibri"/>
                <w:noProof/>
                <w:sz w:val="18"/>
                <w:szCs w:val="18"/>
              </w:rPr>
            </w:pPr>
          </w:p>
          <w:p w14:paraId="23316846" w14:textId="77777777" w:rsidR="00174DF1" w:rsidRDefault="00174DF1" w:rsidP="0069500C">
            <w:pPr>
              <w:tabs>
                <w:tab w:val="left" w:pos="1290"/>
              </w:tabs>
              <w:rPr>
                <w:rFonts w:ascii="Calibri" w:hAnsi="Calibri"/>
                <w:noProof/>
                <w:sz w:val="19"/>
              </w:rPr>
            </w:pPr>
            <w:r>
              <w:rPr>
                <w:sz w:val="19"/>
              </w:rPr>
              <w:object w:dxaOrig="1230" w:dyaOrig="1230" w14:anchorId="21E7A17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61.5pt" o:ole="" fillcolor="window">
                  <v:imagedata r:id="rId8" o:title=""/>
                </v:shape>
                <o:OLEObject Type="Embed" ProgID="Word.Picture.8" ShapeID="_x0000_i1025" DrawAspect="Content" ObjectID="_1852984612" r:id="rId9"/>
              </w:object>
            </w:r>
          </w:p>
        </w:tc>
      </w:tr>
    </w:tbl>
    <w:p w14:paraId="64320FB9" w14:textId="77777777" w:rsidR="002F38FE" w:rsidRDefault="00174DF1">
      <w:pPr>
        <w:spacing w:before="120" w:after="160"/>
        <w:jc w:val="center"/>
      </w:pPr>
      <w:r>
        <w:rPr>
          <w:b/>
          <w:sz w:val="26"/>
        </w:rPr>
        <w:t>ALLEGATO 3 - INFORMATIVA PRIVACY</w:t>
      </w:r>
    </w:p>
    <w:p w14:paraId="046CB9C3" w14:textId="77777777" w:rsidR="00174DF1" w:rsidRDefault="00174DF1">
      <w:pPr>
        <w:spacing w:after="60"/>
        <w:jc w:val="both"/>
        <w:rPr>
          <w:b/>
        </w:rPr>
      </w:pPr>
    </w:p>
    <w:p w14:paraId="6F920944" w14:textId="4E21DECA" w:rsidR="002F38FE" w:rsidRDefault="00174DF1">
      <w:pPr>
        <w:spacing w:after="60"/>
        <w:jc w:val="both"/>
      </w:pPr>
      <w:proofErr w:type="spellStart"/>
      <w:r>
        <w:rPr>
          <w:b/>
        </w:rPr>
        <w:t>Procedura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selezione</w:t>
      </w:r>
      <w:proofErr w:type="spellEnd"/>
      <w:r>
        <w:rPr>
          <w:b/>
        </w:rPr>
        <w:t xml:space="preserve"> di n. 2 progettisti - Progetto RSO4.</w:t>
      </w:r>
      <w:proofErr w:type="gramStart"/>
      <w:r>
        <w:rPr>
          <w:b/>
        </w:rPr>
        <w:t>2.A</w:t>
      </w:r>
      <w:proofErr w:type="gramEnd"/>
      <w:r>
        <w:rPr>
          <w:b/>
        </w:rPr>
        <w:t>3.A-FESRPN-PI-2026-9 - CUP B44D25003040007</w:t>
      </w:r>
    </w:p>
    <w:p w14:paraId="7748325A" w14:textId="77777777" w:rsidR="00174DF1" w:rsidRDefault="00174DF1">
      <w:pPr>
        <w:spacing w:after="60"/>
        <w:jc w:val="both"/>
      </w:pPr>
    </w:p>
    <w:p w14:paraId="507A6678" w14:textId="5A1F212A" w:rsidR="002F38FE" w:rsidRDefault="00174DF1">
      <w:pPr>
        <w:spacing w:after="60"/>
        <w:jc w:val="both"/>
      </w:pPr>
      <w:r>
        <w:t xml:space="preserve">Ai sensi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>. 13 e 14 del Regolamento (UE) 2016/679, i dati personali forniti dai candidati saranno trattati dal Liceo Statale “Giovenale Ancina”, in qualità di titolare del trattamento, esclusivamente per finalità connesse alla presente procedura, alla gestione dell’eventuale incarico e agli obblighi di legge, trasparenza, controllo e rendicontazione del Programma Nazionale 2021-2027.</w:t>
      </w:r>
    </w:p>
    <w:p w14:paraId="02B9F1AC" w14:textId="77777777" w:rsidR="002F38FE" w:rsidRDefault="00174DF1">
      <w:pPr>
        <w:spacing w:after="60"/>
        <w:jc w:val="both"/>
      </w:pPr>
      <w:r>
        <w:t>I dati potranno essere comunicati ai soggetti istituzionali competenti, agli organi di controllo e alle piattaforme previste per la gestione del progetto. Restano salvi i diritti dell’interessato previsti dagli artt. 15 e seguenti del GDPR.</w:t>
      </w:r>
    </w:p>
    <w:p w14:paraId="25FA89DA" w14:textId="77777777" w:rsidR="00174DF1" w:rsidRDefault="00174DF1">
      <w:pPr>
        <w:spacing w:after="60"/>
        <w:jc w:val="both"/>
      </w:pPr>
    </w:p>
    <w:p w14:paraId="5B9087AD" w14:textId="52B1D894" w:rsidR="00174DF1" w:rsidRDefault="00174DF1">
      <w:pPr>
        <w:spacing w:after="60"/>
        <w:jc w:val="both"/>
      </w:pPr>
      <w:r>
        <w:t xml:space="preserve">Il/La </w:t>
      </w:r>
      <w:proofErr w:type="spellStart"/>
      <w:r>
        <w:t>sottoscritto</w:t>
      </w:r>
      <w:proofErr w:type="spellEnd"/>
      <w:r>
        <w:t xml:space="preserve">/a __________________________________________ </w:t>
      </w:r>
      <w:proofErr w:type="spellStart"/>
      <w:r>
        <w:t>dichiara</w:t>
      </w:r>
      <w:proofErr w:type="spellEnd"/>
      <w:r>
        <w:t xml:space="preserve"> di aver ricevuto e </w:t>
      </w:r>
      <w:proofErr w:type="spellStart"/>
      <w:r>
        <w:t>letto</w:t>
      </w:r>
      <w:proofErr w:type="spellEnd"/>
      <w:r>
        <w:t xml:space="preserve"> 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informativa</w:t>
      </w:r>
      <w:proofErr w:type="spellEnd"/>
      <w:r>
        <w:t>.</w:t>
      </w:r>
    </w:p>
    <w:p w14:paraId="0EDF2E01" w14:textId="77777777" w:rsidR="00174DF1" w:rsidRDefault="00174DF1">
      <w:pPr>
        <w:spacing w:after="60"/>
        <w:jc w:val="both"/>
      </w:pPr>
    </w:p>
    <w:p w14:paraId="3279126D" w14:textId="22F4A6B2" w:rsidR="002F38FE" w:rsidRDefault="00174DF1">
      <w:pPr>
        <w:spacing w:after="60"/>
        <w:jc w:val="both"/>
      </w:pPr>
      <w:r>
        <w:t xml:space="preserve">Data __________ </w:t>
      </w:r>
      <w:r>
        <w:tab/>
      </w:r>
      <w:proofErr w:type="spellStart"/>
      <w:r>
        <w:t>Firma</w:t>
      </w:r>
      <w:proofErr w:type="spellEnd"/>
      <w:r>
        <w:t xml:space="preserve"> ______________________________</w:t>
      </w:r>
    </w:p>
    <w:sectPr w:rsidR="002F38FE" w:rsidSect="00034616">
      <w:pgSz w:w="12240" w:h="15840"/>
      <w:pgMar w:top="624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2971762">
    <w:abstractNumId w:val="8"/>
  </w:num>
  <w:num w:numId="2" w16cid:durableId="1484613969">
    <w:abstractNumId w:val="6"/>
  </w:num>
  <w:num w:numId="3" w16cid:durableId="2015641960">
    <w:abstractNumId w:val="5"/>
  </w:num>
  <w:num w:numId="4" w16cid:durableId="1582520060">
    <w:abstractNumId w:val="4"/>
  </w:num>
  <w:num w:numId="5" w16cid:durableId="282421440">
    <w:abstractNumId w:val="7"/>
  </w:num>
  <w:num w:numId="6" w16cid:durableId="1780490561">
    <w:abstractNumId w:val="3"/>
  </w:num>
  <w:num w:numId="7" w16cid:durableId="1849054478">
    <w:abstractNumId w:val="2"/>
  </w:num>
  <w:num w:numId="8" w16cid:durableId="203686243">
    <w:abstractNumId w:val="1"/>
  </w:num>
  <w:num w:numId="9" w16cid:durableId="1024404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4DF1"/>
    <w:rsid w:val="0028528A"/>
    <w:rsid w:val="0029639D"/>
    <w:rsid w:val="002F38FE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5A39AE"/>
  <w14:defaultImageDpi w14:val="300"/>
  <w15:docId w15:val="{0296BBC9-DCA2-4BDF-B6FC-D57F148D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DSGA</cp:lastModifiedBy>
  <cp:revision>2</cp:revision>
  <dcterms:created xsi:type="dcterms:W3CDTF">2026-10-08T15:10:00Z</dcterms:created>
  <dcterms:modified xsi:type="dcterms:W3CDTF">2026-10-08T15:10:00Z</dcterms:modified>
  <cp:category/>
</cp:coreProperties>
</file>