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page" w:horzAnchor="margin" w:tblpY="1846"/>
        <w:tblW w:w="10548" w:type="dxa"/>
        <w:tblLook w:val="01E0" w:firstRow="1" w:lastRow="1" w:firstColumn="1" w:lastColumn="1" w:noHBand="0" w:noVBand="0"/>
      </w:tblPr>
      <w:tblGrid>
        <w:gridCol w:w="1651"/>
        <w:gridCol w:w="7451"/>
        <w:gridCol w:w="1446"/>
      </w:tblGrid>
      <w:tr w:rsidR="00525CE1" w:rsidRPr="00525CE1" w14:paraId="7D5553C1" w14:textId="77777777" w:rsidTr="00525CE1">
        <w:tc>
          <w:tcPr>
            <w:tcW w:w="1651" w:type="dxa"/>
            <w:hideMark/>
          </w:tcPr>
          <w:p w14:paraId="3D000AB0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before="80" w:after="40"/>
            </w:pPr>
            <w:r w:rsidRPr="00525CE1">
              <w:tab/>
            </w:r>
          </w:p>
          <w:p w14:paraId="45A6CF90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before="80" w:after="40"/>
            </w:pPr>
            <w:r w:rsidRPr="00525CE1">
              <w:rPr>
                <w:lang w:val="it-IT"/>
              </w:rPr>
              <w:drawing>
                <wp:inline distT="0" distB="0" distL="0" distR="0" wp14:anchorId="4D7B0873" wp14:editId="04000F01">
                  <wp:extent cx="847725" cy="704850"/>
                  <wp:effectExtent l="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</w:tcPr>
          <w:p w14:paraId="2B75A80C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before="80" w:after="40"/>
              <w:rPr>
                <w:b/>
              </w:rPr>
            </w:pPr>
          </w:p>
          <w:p w14:paraId="5BBC9AF1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after="0" w:line="240" w:lineRule="auto"/>
              <w:jc w:val="center"/>
              <w:rPr>
                <w:b/>
              </w:rPr>
            </w:pPr>
            <w:r w:rsidRPr="00525CE1">
              <w:rPr>
                <w:b/>
              </w:rPr>
              <w:t>Liceo Scientifico Statale “G. Ancina”</w:t>
            </w:r>
          </w:p>
          <w:p w14:paraId="6D90ED6F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after="0" w:line="240" w:lineRule="auto"/>
              <w:jc w:val="center"/>
              <w:rPr>
                <w:b/>
              </w:rPr>
            </w:pPr>
            <w:r w:rsidRPr="00525CE1">
              <w:rPr>
                <w:b/>
              </w:rPr>
              <w:t>Liceo Scientifico – Liceo Scientifico ad indirizzo Sportivo</w:t>
            </w:r>
          </w:p>
          <w:p w14:paraId="6BF1AC04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after="0" w:line="240" w:lineRule="auto"/>
              <w:jc w:val="center"/>
              <w:rPr>
                <w:b/>
              </w:rPr>
            </w:pPr>
            <w:r w:rsidRPr="00525CE1">
              <w:rPr>
                <w:b/>
              </w:rPr>
              <w:t>Liceo Linguistico - Liceo delle Scienze Umane</w:t>
            </w:r>
          </w:p>
          <w:p w14:paraId="3160F67D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after="0" w:line="240" w:lineRule="auto"/>
              <w:jc w:val="center"/>
            </w:pPr>
            <w:r w:rsidRPr="00525CE1">
              <w:t>P.</w:t>
            </w:r>
            <w:r w:rsidRPr="00525CE1">
              <w:rPr>
                <w:vertAlign w:val="superscript"/>
              </w:rPr>
              <w:t>zza</w:t>
            </w:r>
            <w:r w:rsidRPr="00525CE1">
              <w:t xml:space="preserve"> Don Mario Picco, 6 / Via Tripoli, 4  -  12045 FOSSANO (CN)</w:t>
            </w:r>
          </w:p>
          <w:p w14:paraId="56B34EBA" w14:textId="77777777" w:rsidR="00525CE1" w:rsidRDefault="00525CE1" w:rsidP="00525CE1">
            <w:pPr>
              <w:pBdr>
                <w:bottom w:val="single" w:sz="8" w:space="1" w:color="B7B7B7"/>
              </w:pBdr>
              <w:spacing w:after="0" w:line="240" w:lineRule="auto"/>
              <w:jc w:val="center"/>
            </w:pPr>
            <w:r w:rsidRPr="00525CE1">
              <w:t>PEC</w:t>
            </w:r>
            <w:r w:rsidRPr="00525CE1">
              <w:rPr>
                <w:b/>
              </w:rPr>
              <w:t xml:space="preserve">: </w:t>
            </w:r>
            <w:r w:rsidRPr="00525CE1">
              <w:t>cnps010003@pec.istruzione.it      PEO</w:t>
            </w:r>
            <w:r w:rsidRPr="00525CE1">
              <w:rPr>
                <w:b/>
              </w:rPr>
              <w:t xml:space="preserve">: </w:t>
            </w:r>
            <w:r w:rsidRPr="00525CE1">
              <w:t xml:space="preserve">info@liceoancina.edu.it    </w:t>
            </w:r>
          </w:p>
          <w:p w14:paraId="6FDCD593" w14:textId="36C24A90" w:rsidR="00525CE1" w:rsidRPr="00525CE1" w:rsidRDefault="00525CE1" w:rsidP="00525CE1">
            <w:pPr>
              <w:pBdr>
                <w:bottom w:val="single" w:sz="8" w:space="1" w:color="B7B7B7"/>
              </w:pBdr>
              <w:spacing w:after="0" w:line="240" w:lineRule="auto"/>
              <w:jc w:val="center"/>
            </w:pPr>
            <w:r w:rsidRPr="00525CE1">
              <w:t>Sito Web: liceoancina.edu.it</w:t>
            </w:r>
          </w:p>
          <w:p w14:paraId="05FA6324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after="0" w:line="240" w:lineRule="auto"/>
              <w:jc w:val="center"/>
            </w:pPr>
            <w:r w:rsidRPr="00525CE1">
              <w:t>Tel. 0172/694063</w:t>
            </w:r>
          </w:p>
        </w:tc>
        <w:tc>
          <w:tcPr>
            <w:tcW w:w="1446" w:type="dxa"/>
          </w:tcPr>
          <w:p w14:paraId="71B9FD92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before="80" w:after="40"/>
            </w:pPr>
          </w:p>
          <w:p w14:paraId="0741AB4D" w14:textId="77777777" w:rsidR="00525CE1" w:rsidRPr="00525CE1" w:rsidRDefault="00525CE1" w:rsidP="00525CE1">
            <w:pPr>
              <w:pBdr>
                <w:bottom w:val="single" w:sz="8" w:space="1" w:color="B7B7B7"/>
              </w:pBdr>
              <w:spacing w:before="80" w:after="40"/>
            </w:pPr>
            <w:r w:rsidRPr="00525CE1">
              <w:object w:dxaOrig="1230" w:dyaOrig="1230" w14:anchorId="4DC942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61.5pt;height:61.5pt" o:ole="" fillcolor="window">
                  <v:imagedata r:id="rId7" o:title=""/>
                </v:shape>
                <o:OLEObject Type="Embed" ProgID="Word.Picture.8" ShapeID="_x0000_i1041" DrawAspect="Content" ObjectID="_1852984523" r:id="rId8"/>
              </w:object>
            </w:r>
          </w:p>
        </w:tc>
      </w:tr>
    </w:tbl>
    <w:p w14:paraId="40FF0F6B" w14:textId="77777777" w:rsidR="00CB4834" w:rsidRDefault="00525CE1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1DA0EB3" wp14:editId="151C2509">
            <wp:simplePos x="0" y="0"/>
            <wp:positionH relativeFrom="column">
              <wp:posOffset>134714</wp:posOffset>
            </wp:positionH>
            <wp:positionV relativeFrom="paragraph">
              <wp:posOffset>156210</wp:posOffset>
            </wp:positionV>
            <wp:extent cx="6372000" cy="622908"/>
            <wp:effectExtent l="0" t="0" r="0" b="6350"/>
            <wp:wrapTight wrapText="bothSides">
              <wp:wrapPolygon edited="0">
                <wp:start x="0" y="0"/>
                <wp:lineTo x="0" y="21159"/>
                <wp:lineTo x="21505" y="21159"/>
                <wp:lineTo x="215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cina_header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62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728552" w14:textId="73C57520" w:rsidR="00CB4834" w:rsidRDefault="00525CE1" w:rsidP="00525CE1">
      <w:pPr>
        <w:spacing w:before="120" w:after="160"/>
        <w:jc w:val="both"/>
      </w:pPr>
      <w:r>
        <w:rPr>
          <w:b/>
          <w:sz w:val="26"/>
        </w:rPr>
        <w:t>ALLEGATO 2 - SCHEDA DI AUTOVALUTAZIONE - PROGETTISTA TECNICO E DELLE FORNITURE</w:t>
      </w:r>
    </w:p>
    <w:p w14:paraId="297176CD" w14:textId="77777777" w:rsidR="00CB4834" w:rsidRDefault="00525CE1">
      <w:pPr>
        <w:spacing w:after="60"/>
        <w:jc w:val="both"/>
      </w:pPr>
      <w:r>
        <w:t>Candidato/a __________________________________________</w:t>
      </w:r>
    </w:p>
    <w:p w14:paraId="006DC0F6" w14:textId="77777777" w:rsidR="00525CE1" w:rsidRDefault="00525CE1">
      <w:pPr>
        <w:spacing w:after="60"/>
        <w:jc w:val="both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17"/>
        <w:gridCol w:w="1667"/>
        <w:gridCol w:w="1621"/>
        <w:gridCol w:w="2069"/>
        <w:gridCol w:w="2042"/>
      </w:tblGrid>
      <w:tr w:rsidR="00CB4834" w14:paraId="23BE49B9" w14:textId="77777777" w:rsidTr="00525CE1">
        <w:trPr>
          <w:jc w:val="center"/>
        </w:trPr>
        <w:tc>
          <w:tcPr>
            <w:tcW w:w="3043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7726A" w14:textId="77777777" w:rsidR="00CB4834" w:rsidRDefault="00525CE1">
            <w:r>
              <w:t>Titolo/esperienza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CFB1D" w14:textId="77777777" w:rsidR="00CB4834" w:rsidRDefault="00525CE1">
            <w:r>
              <w:t>Punti</w:t>
            </w:r>
          </w:p>
        </w:tc>
        <w:tc>
          <w:tcPr>
            <w:tcW w:w="1643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A60A0" w14:textId="77777777" w:rsidR="00CB4834" w:rsidRDefault="00525CE1">
            <w:r>
              <w:t>Massimo</w:t>
            </w:r>
          </w:p>
        </w:tc>
        <w:tc>
          <w:tcPr>
            <w:tcW w:w="208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9BE4E" w14:textId="77777777" w:rsidR="00CB4834" w:rsidRDefault="00525CE1">
            <w:r>
              <w:t>Autovalutazione</w:t>
            </w:r>
          </w:p>
        </w:tc>
        <w:tc>
          <w:tcPr>
            <w:tcW w:w="208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68A8E" w14:textId="77777777" w:rsidR="00CB4834" w:rsidRDefault="00525CE1">
            <w:r>
              <w:t>Ufficio</w:t>
            </w:r>
          </w:p>
        </w:tc>
      </w:tr>
      <w:tr w:rsidR="00CB4834" w14:paraId="06A31ABD" w14:textId="77777777" w:rsidTr="00525CE1">
        <w:trPr>
          <w:jc w:val="center"/>
        </w:trPr>
        <w:tc>
          <w:tcPr>
            <w:tcW w:w="30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EF368" w14:textId="77777777" w:rsidR="00CB4834" w:rsidRDefault="00525CE1">
            <w:r>
              <w:t>Laurea magistrale/specialistica o vecchio ordinamento coerente con il profilo tecnico/progettuale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CB545" w14:textId="77777777" w:rsidR="00CB4834" w:rsidRDefault="00525CE1">
            <w:r>
              <w:t>15</w:t>
            </w:r>
          </w:p>
        </w:tc>
        <w:tc>
          <w:tcPr>
            <w:tcW w:w="16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305C2" w14:textId="77777777" w:rsidR="00CB4834" w:rsidRDefault="00525CE1">
            <w:r>
              <w:t>15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0E0AE" w14:textId="77777777" w:rsidR="00CB4834" w:rsidRDefault="00CB4834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86121" w14:textId="77777777" w:rsidR="00CB4834" w:rsidRDefault="00CB4834"/>
        </w:tc>
      </w:tr>
      <w:tr w:rsidR="00CB4834" w14:paraId="483B0FAD" w14:textId="77777777" w:rsidTr="00525CE1">
        <w:trPr>
          <w:jc w:val="center"/>
        </w:trPr>
        <w:tc>
          <w:tcPr>
            <w:tcW w:w="30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57FEE" w14:textId="77777777" w:rsidR="00CB4834" w:rsidRDefault="00525CE1">
            <w:r>
              <w:t>Ulteriore laurea / master / corso di perfezionamento attinente a progettazione, sicurezza, procurement o tecnologie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99AF1" w14:textId="77777777" w:rsidR="00CB4834" w:rsidRDefault="00525CE1">
            <w:r>
              <w:t>3</w:t>
            </w:r>
          </w:p>
        </w:tc>
        <w:tc>
          <w:tcPr>
            <w:tcW w:w="16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9BBFB" w14:textId="77777777" w:rsidR="00CB4834" w:rsidRDefault="00525CE1">
            <w:r>
              <w:t>max 9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D815F" w14:textId="77777777" w:rsidR="00CB4834" w:rsidRDefault="00CB4834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8F6A6" w14:textId="77777777" w:rsidR="00CB4834" w:rsidRDefault="00CB4834"/>
        </w:tc>
      </w:tr>
      <w:tr w:rsidR="00CB4834" w14:paraId="7046A267" w14:textId="77777777" w:rsidTr="00525CE1">
        <w:trPr>
          <w:jc w:val="center"/>
        </w:trPr>
        <w:tc>
          <w:tcPr>
            <w:tcW w:w="30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543BB" w14:textId="77777777" w:rsidR="00CB4834" w:rsidRDefault="00525CE1">
            <w:r>
              <w:t xml:space="preserve">Esperienze come progettista tecnico in </w:t>
            </w:r>
            <w:r>
              <w:t>PON/PN/FESR/PNRR o altri progetti finanziati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41548" w14:textId="77777777" w:rsidR="00CB4834" w:rsidRDefault="00525CE1">
            <w:r>
              <w:t>5</w:t>
            </w:r>
          </w:p>
        </w:tc>
        <w:tc>
          <w:tcPr>
            <w:tcW w:w="16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1356A" w14:textId="77777777" w:rsidR="00CB4834" w:rsidRDefault="00525CE1">
            <w:r>
              <w:t>max 30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AD736" w14:textId="77777777" w:rsidR="00CB4834" w:rsidRDefault="00CB4834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EF2D4" w14:textId="77777777" w:rsidR="00CB4834" w:rsidRDefault="00CB4834"/>
        </w:tc>
      </w:tr>
      <w:tr w:rsidR="00CB4834" w14:paraId="167B4136" w14:textId="77777777" w:rsidTr="00525CE1">
        <w:trPr>
          <w:jc w:val="center"/>
        </w:trPr>
        <w:tc>
          <w:tcPr>
            <w:tcW w:w="30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14AAB" w14:textId="77777777" w:rsidR="00CB4834" w:rsidRDefault="00525CE1">
            <w:r>
              <w:t>Esperienze nella redazione di capitolati tecnici, specifiche, computi/elenco forniture o supporto tecnico a procedure di acquisto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A68B2" w14:textId="77777777" w:rsidR="00CB4834" w:rsidRDefault="00525CE1">
            <w:r>
              <w:t>5</w:t>
            </w:r>
          </w:p>
        </w:tc>
        <w:tc>
          <w:tcPr>
            <w:tcW w:w="16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F680D" w14:textId="77777777" w:rsidR="00CB4834" w:rsidRDefault="00525CE1">
            <w:r>
              <w:t>max 25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7B06F" w14:textId="77777777" w:rsidR="00CB4834" w:rsidRDefault="00CB4834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879F4" w14:textId="77777777" w:rsidR="00CB4834" w:rsidRDefault="00CB4834"/>
        </w:tc>
      </w:tr>
      <w:tr w:rsidR="00CB4834" w14:paraId="7D9DECB9" w14:textId="77777777" w:rsidTr="00525CE1">
        <w:trPr>
          <w:jc w:val="center"/>
        </w:trPr>
        <w:tc>
          <w:tcPr>
            <w:tcW w:w="30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1779B" w14:textId="77777777" w:rsidR="00CB4834" w:rsidRDefault="00525CE1">
            <w:r>
              <w:t>Competenze documentate in attrezzature sportive, impianti, sicurezza o compatibilità tecnica delle dotazioni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6379F" w14:textId="77777777" w:rsidR="00CB4834" w:rsidRDefault="00525CE1">
            <w:r>
              <w:t>3</w:t>
            </w:r>
          </w:p>
        </w:tc>
        <w:tc>
          <w:tcPr>
            <w:tcW w:w="16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09F15" w14:textId="77777777" w:rsidR="00CB4834" w:rsidRDefault="00525CE1">
            <w:r>
              <w:t>max 12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3DE0A" w14:textId="77777777" w:rsidR="00CB4834" w:rsidRDefault="00CB4834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A17C0" w14:textId="77777777" w:rsidR="00CB4834" w:rsidRDefault="00CB4834"/>
        </w:tc>
      </w:tr>
      <w:tr w:rsidR="00CB4834" w14:paraId="64F30BA8" w14:textId="77777777" w:rsidTr="00525CE1">
        <w:trPr>
          <w:jc w:val="center"/>
        </w:trPr>
        <w:tc>
          <w:tcPr>
            <w:tcW w:w="30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F7C74" w14:textId="77777777" w:rsidR="00CB4834" w:rsidRDefault="00525CE1">
            <w:r>
              <w:t>Formazione specifica su Codice dei contratti, DNSH/CAM, piattaforme di acquisto o gestione progetti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642BC" w14:textId="77777777" w:rsidR="00CB4834" w:rsidRDefault="00525CE1">
            <w:r>
              <w:t>2</w:t>
            </w:r>
          </w:p>
        </w:tc>
        <w:tc>
          <w:tcPr>
            <w:tcW w:w="16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B02E8" w14:textId="77777777" w:rsidR="00CB4834" w:rsidRDefault="00525CE1">
            <w:r>
              <w:t>max 6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B6B9A" w14:textId="77777777" w:rsidR="00CB4834" w:rsidRDefault="00CB4834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BCD63" w14:textId="77777777" w:rsidR="00CB4834" w:rsidRDefault="00CB4834"/>
        </w:tc>
      </w:tr>
      <w:tr w:rsidR="00CB4834" w14:paraId="6D376847" w14:textId="77777777" w:rsidTr="00525CE1">
        <w:trPr>
          <w:jc w:val="center"/>
        </w:trPr>
        <w:tc>
          <w:tcPr>
            <w:tcW w:w="30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30AD0" w14:textId="77777777" w:rsidR="00CB4834" w:rsidRDefault="00525CE1">
            <w:r>
              <w:t>Anzianità di servizio nel ruolo docente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2C527" w14:textId="77777777" w:rsidR="00CB4834" w:rsidRDefault="00525CE1">
            <w:r>
              <w:t>1</w:t>
            </w:r>
          </w:p>
        </w:tc>
        <w:tc>
          <w:tcPr>
            <w:tcW w:w="16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218C0" w14:textId="77777777" w:rsidR="00CB4834" w:rsidRDefault="00525CE1">
            <w:r>
              <w:t>max 3</w:t>
            </w:r>
          </w:p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C3E57" w14:textId="77777777" w:rsidR="00CB4834" w:rsidRDefault="00CB4834"/>
        </w:tc>
        <w:tc>
          <w:tcPr>
            <w:tcW w:w="20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0591C" w14:textId="77777777" w:rsidR="00CB4834" w:rsidRDefault="00CB4834"/>
        </w:tc>
      </w:tr>
    </w:tbl>
    <w:p w14:paraId="00F739FE" w14:textId="77777777" w:rsidR="00525CE1" w:rsidRDefault="00525CE1">
      <w:pPr>
        <w:jc w:val="both"/>
      </w:pPr>
      <w:r>
        <w:t xml:space="preserve">Il candidato dichiara che </w:t>
      </w:r>
      <w:r>
        <w:t>quanto indicato trova riscontro nel curriculum allegato e nei titoli posseduti.</w:t>
      </w:r>
    </w:p>
    <w:p w14:paraId="01A85539" w14:textId="426D94EE" w:rsidR="00CB4834" w:rsidRDefault="00525CE1">
      <w:pPr>
        <w:jc w:val="both"/>
      </w:pPr>
      <w:r>
        <w:t>Data __________ Firma ______________________________</w:t>
      </w:r>
    </w:p>
    <w:sectPr w:rsidR="00CB4834" w:rsidSect="00034616">
      <w:pgSz w:w="12240" w:h="15840"/>
      <w:pgMar w:top="624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1829175">
    <w:abstractNumId w:val="8"/>
  </w:num>
  <w:num w:numId="2" w16cid:durableId="1779450916">
    <w:abstractNumId w:val="6"/>
  </w:num>
  <w:num w:numId="3" w16cid:durableId="1321957147">
    <w:abstractNumId w:val="5"/>
  </w:num>
  <w:num w:numId="4" w16cid:durableId="808714511">
    <w:abstractNumId w:val="4"/>
  </w:num>
  <w:num w:numId="5" w16cid:durableId="257755462">
    <w:abstractNumId w:val="7"/>
  </w:num>
  <w:num w:numId="6" w16cid:durableId="915436257">
    <w:abstractNumId w:val="3"/>
  </w:num>
  <w:num w:numId="7" w16cid:durableId="892279219">
    <w:abstractNumId w:val="2"/>
  </w:num>
  <w:num w:numId="8" w16cid:durableId="1030030200">
    <w:abstractNumId w:val="1"/>
  </w:num>
  <w:num w:numId="9" w16cid:durableId="2107991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5CE1"/>
    <w:rsid w:val="0087494C"/>
    <w:rsid w:val="00AA1D8D"/>
    <w:rsid w:val="00B47730"/>
    <w:rsid w:val="00CB0664"/>
    <w:rsid w:val="00CB48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531624"/>
  <w14:defaultImageDpi w14:val="300"/>
  <w15:docId w15:val="{7FE0F408-F1FB-4B11-B6B8-59141B49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1250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2026-10-08T15:09:00Z</dcterms:created>
  <dcterms:modified xsi:type="dcterms:W3CDTF">2026-10-08T15:09:00Z</dcterms:modified>
  <cp:category/>
</cp:coreProperties>
</file>