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056"/>
        <w:tblW w:w="10548" w:type="dxa"/>
        <w:tblLook w:val="01E0" w:firstRow="1" w:lastRow="1" w:firstColumn="1" w:lastColumn="1" w:noHBand="0" w:noVBand="0"/>
      </w:tblPr>
      <w:tblGrid>
        <w:gridCol w:w="1651"/>
        <w:gridCol w:w="7451"/>
        <w:gridCol w:w="1446"/>
      </w:tblGrid>
      <w:tr w:rsidR="00237B4E" w14:paraId="1514EA12" w14:textId="77777777" w:rsidTr="00237B4E">
        <w:tc>
          <w:tcPr>
            <w:tcW w:w="1651" w:type="dxa"/>
          </w:tcPr>
          <w:p w14:paraId="05FDC9C7" w14:textId="77777777" w:rsidR="00237B4E" w:rsidRDefault="00237B4E" w:rsidP="00237B4E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tab/>
            </w:r>
          </w:p>
          <w:p w14:paraId="7432927C" w14:textId="77777777" w:rsidR="00237B4E" w:rsidRDefault="00237B4E" w:rsidP="00237B4E">
            <w:pPr>
              <w:tabs>
                <w:tab w:val="left" w:pos="1290"/>
              </w:tabs>
            </w:pPr>
            <w:r w:rsidRPr="009C63DD">
              <w:rPr>
                <w:rFonts w:ascii="Calibri" w:hAnsi="Calibri" w:cs="Calibri"/>
                <w:noProof/>
                <w:sz w:val="22"/>
                <w:lang w:val="it"/>
              </w:rPr>
              <w:drawing>
                <wp:inline distT="0" distB="0" distL="0" distR="0" wp14:anchorId="5E6474FA" wp14:editId="4EE87CC0">
                  <wp:extent cx="847725" cy="7048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1" w:type="dxa"/>
          </w:tcPr>
          <w:p w14:paraId="532A8BEB" w14:textId="77777777" w:rsidR="00237B4E" w:rsidRDefault="00237B4E" w:rsidP="00237B4E">
            <w:pPr>
              <w:pStyle w:val="Intestazione"/>
              <w:ind w:left="-283" w:right="-217"/>
              <w:jc w:val="center"/>
              <w:rPr>
                <w:b/>
              </w:rPr>
            </w:pPr>
          </w:p>
          <w:p w14:paraId="22468D5D" w14:textId="77777777" w:rsidR="00237B4E" w:rsidRDefault="00237B4E" w:rsidP="00237B4E">
            <w:pPr>
              <w:pStyle w:val="Intestazione"/>
              <w:ind w:left="-283" w:right="-217"/>
              <w:jc w:val="center"/>
              <w:rPr>
                <w:rFonts w:cs="Arial"/>
                <w:b/>
                <w:sz w:val="34"/>
                <w:szCs w:val="36"/>
              </w:rPr>
            </w:pPr>
            <w:proofErr w:type="spellStart"/>
            <w:r>
              <w:rPr>
                <w:rFonts w:cs="Arial"/>
                <w:b/>
                <w:sz w:val="34"/>
                <w:szCs w:val="36"/>
              </w:rPr>
              <w:t>Liceo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Scientifico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Statale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“G.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Ancina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>”</w:t>
            </w:r>
          </w:p>
          <w:p w14:paraId="07A9FE35" w14:textId="77777777" w:rsidR="00237B4E" w:rsidRDefault="00237B4E" w:rsidP="00237B4E">
            <w:pPr>
              <w:pStyle w:val="Intestazione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–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ad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indirizzo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Sportivo</w:t>
            </w:r>
            <w:proofErr w:type="spellEnd"/>
          </w:p>
          <w:p w14:paraId="1F89ED6E" w14:textId="77777777" w:rsidR="00237B4E" w:rsidRDefault="00237B4E" w:rsidP="00237B4E">
            <w:pPr>
              <w:pStyle w:val="Intestazione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Linguistico</w:t>
            </w:r>
            <w:proofErr w:type="spellEnd"/>
            <w:r>
              <w:rPr>
                <w:rFonts w:cs="Arial"/>
                <w:b/>
              </w:rPr>
              <w:t xml:space="preserve"> -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delle</w:t>
            </w:r>
            <w:proofErr w:type="spellEnd"/>
            <w:r>
              <w:rPr>
                <w:rFonts w:cs="Arial"/>
                <w:b/>
              </w:rPr>
              <w:t xml:space="preserve"> Scienze </w:t>
            </w:r>
            <w:proofErr w:type="spellStart"/>
            <w:r>
              <w:rPr>
                <w:rFonts w:cs="Arial"/>
                <w:b/>
              </w:rPr>
              <w:t>Umane</w:t>
            </w:r>
            <w:proofErr w:type="spellEnd"/>
          </w:p>
          <w:p w14:paraId="096654F4" w14:textId="77777777" w:rsidR="00237B4E" w:rsidRDefault="00237B4E" w:rsidP="00237B4E">
            <w:pPr>
              <w:pStyle w:val="Intestazione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P.</w:t>
            </w:r>
            <w:r>
              <w:rPr>
                <w:rFonts w:cs="Arial"/>
                <w:sz w:val="18"/>
                <w:szCs w:val="18"/>
                <w:vertAlign w:val="superscript"/>
              </w:rPr>
              <w:t>zza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Don Mario </w:t>
            </w:r>
            <w:proofErr w:type="spellStart"/>
            <w:r>
              <w:rPr>
                <w:rFonts w:cs="Arial"/>
                <w:sz w:val="18"/>
                <w:szCs w:val="18"/>
              </w:rPr>
              <w:t>Picco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, 6 / Via Tripoli, </w:t>
            </w:r>
            <w:proofErr w:type="gramStart"/>
            <w:r>
              <w:rPr>
                <w:rFonts w:cs="Arial"/>
                <w:sz w:val="18"/>
                <w:szCs w:val="18"/>
              </w:rPr>
              <w:t>4  -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 12045 FOSSANO (CN)</w:t>
            </w:r>
          </w:p>
          <w:p w14:paraId="35D5CCC3" w14:textId="77777777" w:rsidR="00237B4E" w:rsidRDefault="00237B4E" w:rsidP="00237B4E">
            <w:pPr>
              <w:tabs>
                <w:tab w:val="left" w:pos="175"/>
              </w:tabs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PEC</w:t>
            </w:r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>
              <w:rPr>
                <w:rFonts w:cs="Arial"/>
                <w:sz w:val="16"/>
                <w:szCs w:val="16"/>
              </w:rPr>
              <w:t xml:space="preserve">cnps010003@pec.istruzione.it      </w:t>
            </w:r>
            <w:r>
              <w:rPr>
                <w:rFonts w:cs="Arial"/>
                <w:sz w:val="18"/>
                <w:szCs w:val="18"/>
              </w:rPr>
              <w:t>PEO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info@liceoancina.edu.it     Sito Web: liceoancina.edu.it</w:t>
            </w:r>
          </w:p>
          <w:p w14:paraId="661D308D" w14:textId="77777777" w:rsidR="00237B4E" w:rsidRPr="009E653E" w:rsidRDefault="00237B4E" w:rsidP="00237B4E">
            <w:pPr>
              <w:pStyle w:val="Intestazione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Tel. 0172/694063</w:t>
            </w:r>
          </w:p>
        </w:tc>
        <w:tc>
          <w:tcPr>
            <w:tcW w:w="1446" w:type="dxa"/>
          </w:tcPr>
          <w:p w14:paraId="08DC77A7" w14:textId="77777777" w:rsidR="00237B4E" w:rsidRDefault="00237B4E" w:rsidP="00237B4E">
            <w:pPr>
              <w:tabs>
                <w:tab w:val="left" w:pos="1290"/>
              </w:tabs>
              <w:rPr>
                <w:rFonts w:ascii="Calibri" w:hAnsi="Calibri"/>
                <w:noProof/>
                <w:sz w:val="18"/>
                <w:szCs w:val="18"/>
              </w:rPr>
            </w:pPr>
          </w:p>
          <w:p w14:paraId="0CE700C3" w14:textId="77777777" w:rsidR="00237B4E" w:rsidRDefault="00237B4E" w:rsidP="00237B4E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object w:dxaOrig="604" w:dyaOrig="604" w14:anchorId="548178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61.5pt;height:61.5pt" o:ole="" fillcolor="window">
                  <v:imagedata r:id="rId7" o:title=""/>
                </v:shape>
                <o:OLEObject Type="Embed" ProgID="Word.Picture.8" ShapeID="_x0000_i1032" DrawAspect="Content" ObjectID="_1852984318" r:id="rId8"/>
              </w:object>
            </w:r>
          </w:p>
        </w:tc>
      </w:tr>
    </w:tbl>
    <w:p w14:paraId="3413BDA4" w14:textId="50C034E9" w:rsidR="002F7E0F" w:rsidRDefault="00237B4E">
      <w:pPr>
        <w:jc w:val="center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04815FD4" wp14:editId="7AB2DF6D">
            <wp:simplePos x="0" y="0"/>
            <wp:positionH relativeFrom="column">
              <wp:posOffset>205105</wp:posOffset>
            </wp:positionH>
            <wp:positionV relativeFrom="paragraph">
              <wp:posOffset>289560</wp:posOffset>
            </wp:positionV>
            <wp:extent cx="6372000" cy="622908"/>
            <wp:effectExtent l="0" t="0" r="0" b="6350"/>
            <wp:wrapTight wrapText="bothSides">
              <wp:wrapPolygon edited="0">
                <wp:start x="0" y="0"/>
                <wp:lineTo x="0" y="21159"/>
                <wp:lineTo x="21505" y="21159"/>
                <wp:lineTo x="215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cina_header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62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5FD4C5" w14:textId="77777777" w:rsidR="002F7E0F" w:rsidRDefault="00237B4E">
      <w:pPr>
        <w:spacing w:before="120" w:after="160"/>
        <w:jc w:val="center"/>
      </w:pPr>
      <w:r>
        <w:rPr>
          <w:b/>
          <w:sz w:val="26"/>
        </w:rPr>
        <w:t>ALLEGATO 2 - SCHEDA DI AUTOVALUTAZIONE - PROGETTISTA DIDATTICO</w:t>
      </w:r>
    </w:p>
    <w:p w14:paraId="2A725C97" w14:textId="77777777" w:rsidR="002F7E0F" w:rsidRDefault="00237B4E">
      <w:pPr>
        <w:spacing w:after="60"/>
        <w:jc w:val="both"/>
      </w:pPr>
      <w:r>
        <w:t>Candidato/a __________________________________________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17"/>
        <w:gridCol w:w="2039"/>
        <w:gridCol w:w="2049"/>
        <w:gridCol w:w="2069"/>
        <w:gridCol w:w="2042"/>
      </w:tblGrid>
      <w:tr w:rsidR="002F7E0F" w14:paraId="3B3A5A5B" w14:textId="77777777">
        <w:trPr>
          <w:jc w:val="center"/>
        </w:trPr>
        <w:tc>
          <w:tcPr>
            <w:tcW w:w="208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6CA3A" w14:textId="77777777" w:rsidR="002F7E0F" w:rsidRDefault="00237B4E">
            <w:r>
              <w:t>Titolo/esperienza</w:t>
            </w:r>
          </w:p>
        </w:tc>
        <w:tc>
          <w:tcPr>
            <w:tcW w:w="208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8BD7B" w14:textId="77777777" w:rsidR="002F7E0F" w:rsidRDefault="00237B4E">
            <w:r>
              <w:t>Punti</w:t>
            </w:r>
          </w:p>
        </w:tc>
        <w:tc>
          <w:tcPr>
            <w:tcW w:w="208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9EA2F" w14:textId="77777777" w:rsidR="002F7E0F" w:rsidRDefault="00237B4E">
            <w:r>
              <w:t>Massimo</w:t>
            </w:r>
          </w:p>
        </w:tc>
        <w:tc>
          <w:tcPr>
            <w:tcW w:w="208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9CE69" w14:textId="77777777" w:rsidR="002F7E0F" w:rsidRDefault="00237B4E">
            <w:r>
              <w:t>Autovalutazione</w:t>
            </w:r>
          </w:p>
        </w:tc>
        <w:tc>
          <w:tcPr>
            <w:tcW w:w="208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07AF8" w14:textId="77777777" w:rsidR="002F7E0F" w:rsidRDefault="00237B4E">
            <w:r>
              <w:t>Ufficio</w:t>
            </w:r>
          </w:p>
        </w:tc>
      </w:tr>
      <w:tr w:rsidR="002F7E0F" w14:paraId="514AE5B3" w14:textId="77777777">
        <w:trPr>
          <w:jc w:val="center"/>
        </w:trPr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91BDE" w14:textId="77777777" w:rsidR="002F7E0F" w:rsidRDefault="00237B4E">
            <w:r>
              <w:t>Laurea magistrale/specialistica o vecchio ordinamento coerente con il profilo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EE014" w14:textId="77777777" w:rsidR="002F7E0F" w:rsidRDefault="00237B4E">
            <w:r>
              <w:t>15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71D3B" w14:textId="77777777" w:rsidR="002F7E0F" w:rsidRDefault="00237B4E">
            <w:r>
              <w:t>15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94298" w14:textId="77777777" w:rsidR="002F7E0F" w:rsidRDefault="002F7E0F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C72BF" w14:textId="77777777" w:rsidR="002F7E0F" w:rsidRDefault="002F7E0F"/>
        </w:tc>
      </w:tr>
      <w:tr w:rsidR="002F7E0F" w14:paraId="17911E16" w14:textId="77777777">
        <w:trPr>
          <w:jc w:val="center"/>
        </w:trPr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AD57A" w14:textId="77777777" w:rsidR="002F7E0F" w:rsidRDefault="00237B4E">
            <w:r>
              <w:t>Ulteriore laurea / master / corso di perfezionamento attinente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C6DCE" w14:textId="77777777" w:rsidR="002F7E0F" w:rsidRDefault="00237B4E">
            <w:r>
              <w:t>3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D526C" w14:textId="77777777" w:rsidR="002F7E0F" w:rsidRDefault="00237B4E">
            <w:r>
              <w:t>max 9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FEA39" w14:textId="77777777" w:rsidR="002F7E0F" w:rsidRDefault="002F7E0F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9899D" w14:textId="77777777" w:rsidR="002F7E0F" w:rsidRDefault="002F7E0F"/>
        </w:tc>
      </w:tr>
      <w:tr w:rsidR="002F7E0F" w14:paraId="14B7AB0F" w14:textId="77777777">
        <w:trPr>
          <w:jc w:val="center"/>
        </w:trPr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BE17F" w14:textId="77777777" w:rsidR="002F7E0F" w:rsidRDefault="00237B4E">
            <w:r>
              <w:t>Esperienze di progettazione didattica di ambienti innovativi, laboratori o palestre scolastiche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6A51E" w14:textId="77777777" w:rsidR="002F7E0F" w:rsidRDefault="00237B4E">
            <w:r>
              <w:t>5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963E4" w14:textId="77777777" w:rsidR="002F7E0F" w:rsidRDefault="00237B4E">
            <w:r>
              <w:t>max 25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9DC33" w14:textId="77777777" w:rsidR="002F7E0F" w:rsidRDefault="002F7E0F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1571B" w14:textId="77777777" w:rsidR="002F7E0F" w:rsidRDefault="002F7E0F"/>
        </w:tc>
      </w:tr>
      <w:tr w:rsidR="002F7E0F" w14:paraId="50CA92C9" w14:textId="77777777">
        <w:trPr>
          <w:jc w:val="center"/>
        </w:trPr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A28DA" w14:textId="77777777" w:rsidR="002F7E0F" w:rsidRDefault="00237B4E">
            <w:r>
              <w:t xml:space="preserve">Esperienze come </w:t>
            </w:r>
            <w:r>
              <w:t>progettista in PON/PN/FESR/PNRR o altri progetti finanziati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E1B33" w14:textId="77777777" w:rsidR="002F7E0F" w:rsidRDefault="00237B4E">
            <w:r>
              <w:t>5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62B80" w14:textId="77777777" w:rsidR="002F7E0F" w:rsidRDefault="00237B4E">
            <w:r>
              <w:t>max 25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F9B48" w14:textId="77777777" w:rsidR="002F7E0F" w:rsidRDefault="002F7E0F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4BB18" w14:textId="77777777" w:rsidR="002F7E0F" w:rsidRDefault="002F7E0F"/>
        </w:tc>
      </w:tr>
      <w:tr w:rsidR="002F7E0F" w14:paraId="0FF0E406" w14:textId="77777777">
        <w:trPr>
          <w:jc w:val="center"/>
        </w:trPr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E1332" w14:textId="77777777" w:rsidR="002F7E0F" w:rsidRDefault="00237B4E">
            <w:r>
              <w:t>Esperienze documentate in didattica delle scienze motorie/sportive, inclusione o uso didattico di attrezzature sportive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32767" w14:textId="77777777" w:rsidR="002F7E0F" w:rsidRDefault="00237B4E">
            <w:r>
              <w:t>3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B63C5" w14:textId="77777777" w:rsidR="002F7E0F" w:rsidRDefault="00237B4E">
            <w:r>
              <w:t>max 15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F7619" w14:textId="77777777" w:rsidR="002F7E0F" w:rsidRDefault="002F7E0F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28EE6" w14:textId="77777777" w:rsidR="002F7E0F" w:rsidRDefault="002F7E0F"/>
        </w:tc>
      </w:tr>
      <w:tr w:rsidR="002F7E0F" w14:paraId="75755432" w14:textId="77777777">
        <w:trPr>
          <w:jc w:val="center"/>
        </w:trPr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8852F" w14:textId="77777777" w:rsidR="002F7E0F" w:rsidRDefault="00237B4E">
            <w:r>
              <w:t xml:space="preserve">Competenze digitali certificate o </w:t>
            </w:r>
            <w:r>
              <w:t>formazione specifica su ambienti innovativi e tecnologie didattiche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A2F18" w14:textId="77777777" w:rsidR="002F7E0F" w:rsidRDefault="00237B4E">
            <w:r>
              <w:t>2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D8F73" w14:textId="77777777" w:rsidR="002F7E0F" w:rsidRDefault="00237B4E">
            <w:r>
              <w:t>max 6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4FF9F" w14:textId="77777777" w:rsidR="002F7E0F" w:rsidRDefault="002F7E0F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F7697" w14:textId="77777777" w:rsidR="002F7E0F" w:rsidRDefault="002F7E0F"/>
        </w:tc>
      </w:tr>
      <w:tr w:rsidR="002F7E0F" w14:paraId="79C7AABF" w14:textId="77777777">
        <w:trPr>
          <w:jc w:val="center"/>
        </w:trPr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BFE19" w14:textId="77777777" w:rsidR="002F7E0F" w:rsidRDefault="00237B4E">
            <w:r>
              <w:t>Anzianità di servizio nel ruolo docente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FC957" w14:textId="77777777" w:rsidR="002F7E0F" w:rsidRDefault="00237B4E">
            <w:r>
              <w:t>1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BFAA6" w14:textId="77777777" w:rsidR="002F7E0F" w:rsidRDefault="00237B4E">
            <w:r>
              <w:t>max 5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BAFD0" w14:textId="77777777" w:rsidR="002F7E0F" w:rsidRDefault="002F7E0F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47BA1" w14:textId="77777777" w:rsidR="002F7E0F" w:rsidRDefault="002F7E0F"/>
        </w:tc>
      </w:tr>
    </w:tbl>
    <w:p w14:paraId="5A5F28E7" w14:textId="77777777" w:rsidR="00237B4E" w:rsidRDefault="00237B4E">
      <w:pPr>
        <w:jc w:val="both"/>
      </w:pPr>
      <w:r>
        <w:t xml:space="preserve">Il candidato dichiara che quanto indicato trova riscontro nel curriculum allegato e </w:t>
      </w:r>
      <w:proofErr w:type="spellStart"/>
      <w:r>
        <w:t>nei</w:t>
      </w:r>
      <w:proofErr w:type="spellEnd"/>
      <w:r>
        <w:t xml:space="preserve"> </w:t>
      </w:r>
      <w:proofErr w:type="spellStart"/>
      <w:r>
        <w:t>titoli</w:t>
      </w:r>
      <w:proofErr w:type="spellEnd"/>
      <w:r>
        <w:t xml:space="preserve"> </w:t>
      </w:r>
      <w:proofErr w:type="spellStart"/>
      <w:r>
        <w:t>posseduti</w:t>
      </w:r>
      <w:proofErr w:type="spellEnd"/>
      <w:r>
        <w:t>.</w:t>
      </w:r>
    </w:p>
    <w:p w14:paraId="7BEE6ABA" w14:textId="32EA1CC9" w:rsidR="002F7E0F" w:rsidRDefault="00237B4E">
      <w:pPr>
        <w:jc w:val="both"/>
      </w:pPr>
      <w:r>
        <w:t xml:space="preserve">Data __________ </w:t>
      </w:r>
      <w:proofErr w:type="spellStart"/>
      <w:r>
        <w:t>Firma</w:t>
      </w:r>
      <w:proofErr w:type="spellEnd"/>
      <w:r>
        <w:t xml:space="preserve"> ______________________________</w:t>
      </w:r>
    </w:p>
    <w:sectPr w:rsidR="002F7E0F" w:rsidSect="00034616">
      <w:pgSz w:w="12240" w:h="15840"/>
      <w:pgMar w:top="624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5644386">
    <w:abstractNumId w:val="8"/>
  </w:num>
  <w:num w:numId="2" w16cid:durableId="1210148360">
    <w:abstractNumId w:val="6"/>
  </w:num>
  <w:num w:numId="3" w16cid:durableId="64493658">
    <w:abstractNumId w:val="5"/>
  </w:num>
  <w:num w:numId="4" w16cid:durableId="2080589376">
    <w:abstractNumId w:val="4"/>
  </w:num>
  <w:num w:numId="5" w16cid:durableId="1534197893">
    <w:abstractNumId w:val="7"/>
  </w:num>
  <w:num w:numId="6" w16cid:durableId="494878609">
    <w:abstractNumId w:val="3"/>
  </w:num>
  <w:num w:numId="7" w16cid:durableId="1417173106">
    <w:abstractNumId w:val="2"/>
  </w:num>
  <w:num w:numId="8" w16cid:durableId="444079027">
    <w:abstractNumId w:val="1"/>
  </w:num>
  <w:num w:numId="9" w16cid:durableId="2094937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7B4E"/>
    <w:rsid w:val="0029639D"/>
    <w:rsid w:val="002F7E0F"/>
    <w:rsid w:val="00326F90"/>
    <w:rsid w:val="004A7F3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023BF5"/>
  <w14:defaultImageDpi w14:val="300"/>
  <w15:docId w15:val="{2B170CF8-697E-45FA-A0B4-ADCF6A740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2</cp:revision>
  <dcterms:created xsi:type="dcterms:W3CDTF">2026-10-08T15:06:00Z</dcterms:created>
  <dcterms:modified xsi:type="dcterms:W3CDTF">2026-10-08T15:06:00Z</dcterms:modified>
  <cp:category/>
</cp:coreProperties>
</file>