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FBA31" w14:textId="77777777" w:rsidR="00A438E5" w:rsidRDefault="0006185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C1CFA0" wp14:editId="4C96123E">
            <wp:simplePos x="0" y="0"/>
            <wp:positionH relativeFrom="column">
              <wp:posOffset>134714</wp:posOffset>
            </wp:positionH>
            <wp:positionV relativeFrom="paragraph">
              <wp:posOffset>384810</wp:posOffset>
            </wp:positionV>
            <wp:extent cx="6372000" cy="622908"/>
            <wp:effectExtent l="0" t="0" r="0" b="635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ina_header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2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97B76" w14:textId="77777777" w:rsidR="0006185D" w:rsidRDefault="0006185D">
      <w:pPr>
        <w:spacing w:before="120" w:after="160"/>
        <w:jc w:val="center"/>
        <w:rPr>
          <w:b/>
          <w:sz w:val="26"/>
        </w:rPr>
      </w:pPr>
    </w:p>
    <w:tbl>
      <w:tblPr>
        <w:tblpPr w:leftFromText="141" w:rightFromText="141" w:bottomFromText="200" w:vertAnchor="page" w:horzAnchor="margin" w:tblpY="2281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06185D" w14:paraId="0548479F" w14:textId="77777777" w:rsidTr="00BE0551">
        <w:tc>
          <w:tcPr>
            <w:tcW w:w="1651" w:type="dxa"/>
            <w:hideMark/>
          </w:tcPr>
          <w:p w14:paraId="49D0025B" w14:textId="77777777" w:rsidR="0006185D" w:rsidRDefault="0006185D" w:rsidP="00BE0551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4BF7388C" w14:textId="77777777" w:rsidR="0006185D" w:rsidRDefault="0006185D" w:rsidP="00BE0551">
            <w:pPr>
              <w:tabs>
                <w:tab w:val="left" w:pos="1290"/>
              </w:tabs>
            </w:pPr>
            <w:r>
              <w:rPr>
                <w:rFonts w:ascii="Calibri" w:hAnsi="Calibri" w:cs="Calibri"/>
                <w:noProof/>
                <w:sz w:val="22"/>
                <w:lang w:val="it-IT"/>
              </w:rPr>
              <w:drawing>
                <wp:inline distT="0" distB="0" distL="0" distR="0" wp14:anchorId="40F04B7F" wp14:editId="5D8D0B78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66412461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b/>
              </w:rPr>
            </w:pPr>
          </w:p>
          <w:p w14:paraId="6C1D8F0D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4505E28E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19"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0DD12CBE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2CAE2F9E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31659BE3" w14:textId="77777777" w:rsidR="0006185D" w:rsidRDefault="0006185D" w:rsidP="00BE0551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221A24FD" w14:textId="77777777" w:rsidR="0006185D" w:rsidRDefault="0006185D" w:rsidP="00BE0551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</w:tc>
        <w:tc>
          <w:tcPr>
            <w:tcW w:w="1446" w:type="dxa"/>
          </w:tcPr>
          <w:p w14:paraId="6009C95C" w14:textId="77777777" w:rsidR="0006185D" w:rsidRDefault="0006185D" w:rsidP="00BE0551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727ECB40" w14:textId="77777777" w:rsidR="0006185D" w:rsidRDefault="0006185D" w:rsidP="00BE0551">
            <w:pPr>
              <w:tabs>
                <w:tab w:val="left" w:pos="1290"/>
              </w:tabs>
              <w:rPr>
                <w:rFonts w:ascii="Calibri" w:hAnsi="Calibri"/>
                <w:noProof/>
                <w:sz w:val="19"/>
              </w:rPr>
            </w:pPr>
            <w:r>
              <w:rPr>
                <w:sz w:val="19"/>
              </w:rPr>
              <w:object w:dxaOrig="1230" w:dyaOrig="1230" w14:anchorId="213A04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61.5pt;height:61.5pt" o:ole="" fillcolor="window">
                  <v:imagedata r:id="rId8" o:title=""/>
                </v:shape>
                <o:OLEObject Type="Embed" ProgID="Word.Picture.8" ShapeID="_x0000_i1057" DrawAspect="Content" ObjectID="_1852981999" r:id="rId9"/>
              </w:object>
            </w:r>
          </w:p>
        </w:tc>
      </w:tr>
    </w:tbl>
    <w:p w14:paraId="77AB6085" w14:textId="1FCF1C32" w:rsidR="00A438E5" w:rsidRDefault="0006185D">
      <w:pPr>
        <w:spacing w:before="120" w:after="160"/>
        <w:jc w:val="center"/>
      </w:pPr>
      <w:r>
        <w:rPr>
          <w:b/>
          <w:sz w:val="26"/>
        </w:rPr>
        <w:t>A</w:t>
      </w:r>
      <w:r>
        <w:rPr>
          <w:b/>
          <w:sz w:val="26"/>
        </w:rPr>
        <w:t>LLEGATO 1 - ISTANZA DI PARTECIPAZIONE</w:t>
      </w:r>
    </w:p>
    <w:p w14:paraId="04A2BF63" w14:textId="77777777" w:rsidR="00A438E5" w:rsidRDefault="0006185D" w:rsidP="0006185D">
      <w:pPr>
        <w:spacing w:after="60"/>
        <w:jc w:val="right"/>
      </w:pPr>
      <w:r>
        <w:t xml:space="preserve">Alla Dirigente Scolastica del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“</w:t>
      </w:r>
      <w:proofErr w:type="spellStart"/>
      <w:r>
        <w:t>Giovenale</w:t>
      </w:r>
      <w:proofErr w:type="spellEnd"/>
      <w:r>
        <w:t xml:space="preserve"> </w:t>
      </w:r>
      <w:proofErr w:type="spellStart"/>
      <w:r>
        <w:t>Ancina</w:t>
      </w:r>
      <w:proofErr w:type="spellEnd"/>
      <w:r>
        <w:t>”</w:t>
      </w:r>
    </w:p>
    <w:p w14:paraId="19031BC9" w14:textId="77777777" w:rsidR="0006185D" w:rsidRDefault="0006185D" w:rsidP="0006185D">
      <w:pPr>
        <w:spacing w:after="60"/>
        <w:jc w:val="right"/>
      </w:pPr>
    </w:p>
    <w:p w14:paraId="7294F02F" w14:textId="77777777" w:rsidR="00A438E5" w:rsidRDefault="0006185D">
      <w:pPr>
        <w:spacing w:after="60"/>
        <w:jc w:val="both"/>
      </w:pPr>
      <w:r>
        <w:rPr>
          <w:b/>
        </w:rPr>
        <w:t>Progetto RSO4.2.A3.A-FESRPN-PI-2026-9 - CUP B44D25003040007</w:t>
      </w:r>
    </w:p>
    <w:p w14:paraId="56CF3641" w14:textId="77777777" w:rsidR="00A438E5" w:rsidRDefault="0006185D">
      <w:pPr>
        <w:spacing w:after="60"/>
        <w:jc w:val="both"/>
      </w:pPr>
      <w:r>
        <w:t>Il/La sottoscritto/a __________________________________________, nato/a a __________________________ il ___/___/______, C.F. ______________________________, residente a ______________________________, e-mail ______________________________, telefono ______________________________, in servizio presso __________________________________________ in qualità di docente di __________________________________________,</w:t>
      </w:r>
    </w:p>
    <w:p w14:paraId="66614D21" w14:textId="77777777" w:rsidR="00A438E5" w:rsidRDefault="0006185D">
      <w:pPr>
        <w:spacing w:after="60"/>
        <w:jc w:val="center"/>
      </w:pPr>
      <w:r>
        <w:rPr>
          <w:b/>
          <w:sz w:val="23"/>
        </w:rPr>
        <w:t>CHIEDE</w:t>
      </w:r>
    </w:p>
    <w:p w14:paraId="3DD8CBF2" w14:textId="77777777" w:rsidR="00A438E5" w:rsidRDefault="0006185D">
      <w:pPr>
        <w:spacing w:after="60"/>
        <w:jc w:val="both"/>
      </w:pPr>
      <w:r>
        <w:t>di essere ammesso/a alla procedura di selezione per il/i seguente/i profilo/i:</w:t>
      </w:r>
    </w:p>
    <w:p w14:paraId="4114DE67" w14:textId="77777777" w:rsidR="00A438E5" w:rsidRDefault="0006185D">
      <w:pPr>
        <w:pStyle w:val="Puntoelenco"/>
        <w:spacing w:after="40"/>
        <w:jc w:val="both"/>
      </w:pPr>
      <w:r>
        <w:t>□ Progettista didattico</w:t>
      </w:r>
    </w:p>
    <w:p w14:paraId="58A4E6F0" w14:textId="77777777" w:rsidR="00A438E5" w:rsidRDefault="0006185D">
      <w:pPr>
        <w:pStyle w:val="Puntoelenco"/>
        <w:spacing w:after="40"/>
        <w:jc w:val="both"/>
      </w:pPr>
      <w:r>
        <w:t>□ Progettista tecnico e delle forniture</w:t>
      </w:r>
    </w:p>
    <w:p w14:paraId="493C7701" w14:textId="77777777" w:rsidR="00A438E5" w:rsidRDefault="0006185D">
      <w:pPr>
        <w:spacing w:after="60"/>
        <w:jc w:val="both"/>
      </w:pPr>
      <w:r>
        <w:t>A tal fine, ai sensi del D.P.R. 445/2000, dichiara di possedere i requisiti richiesti dall’Avviso, di accettarne integralmente le condizioni, di essere disponibile a svolgere le attività al di fuori dell’orario ordinario di servizio e di impegnarsi alla compilazione del timesheet e alla produzione della documentazione prevista.</w:t>
      </w:r>
    </w:p>
    <w:p w14:paraId="4A0F4062" w14:textId="77777777" w:rsidR="0006185D" w:rsidRDefault="0006185D">
      <w:pPr>
        <w:spacing w:after="60"/>
        <w:jc w:val="both"/>
      </w:pPr>
      <w:proofErr w:type="spellStart"/>
      <w:r>
        <w:t>Allega</w:t>
      </w:r>
      <w:proofErr w:type="spellEnd"/>
      <w:r>
        <w:t>:</w:t>
      </w:r>
    </w:p>
    <w:p w14:paraId="56C7CAC3" w14:textId="77777777" w:rsidR="0006185D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r>
        <w:t xml:space="preserve">curriculum vitae in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; </w:t>
      </w:r>
    </w:p>
    <w:p w14:paraId="13937AD2" w14:textId="77777777" w:rsidR="0006185D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proofErr w:type="spellStart"/>
      <w:r>
        <w:t>scheda</w:t>
      </w:r>
      <w:proofErr w:type="spellEnd"/>
      <w:r>
        <w:t xml:space="preserve"> di </w:t>
      </w:r>
      <w:proofErr w:type="spellStart"/>
      <w:r>
        <w:t>autovalutazione</w:t>
      </w:r>
      <w:proofErr w:type="spellEnd"/>
      <w:r>
        <w:t xml:space="preserve"> del </w:t>
      </w:r>
      <w:proofErr w:type="spellStart"/>
      <w:r>
        <w:t>profilo</w:t>
      </w:r>
      <w:proofErr w:type="spellEnd"/>
      <w:r>
        <w:t xml:space="preserve"> prescelto; </w:t>
      </w:r>
    </w:p>
    <w:p w14:paraId="4FC7CA9D" w14:textId="77777777" w:rsidR="0006185D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proofErr w:type="spellStart"/>
      <w:r>
        <w:t>informativa</w:t>
      </w:r>
      <w:proofErr w:type="spellEnd"/>
      <w:r>
        <w:t xml:space="preserve"> privacy; </w:t>
      </w:r>
    </w:p>
    <w:p w14:paraId="3970C85B" w14:textId="77777777" w:rsidR="0006185D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proofErr w:type="spellStart"/>
      <w:r>
        <w:t>dichiarazione</w:t>
      </w:r>
      <w:proofErr w:type="spellEnd"/>
      <w:r>
        <w:t xml:space="preserve"> di </w:t>
      </w:r>
      <w:proofErr w:type="spellStart"/>
      <w:r>
        <w:t>assenza</w:t>
      </w:r>
      <w:proofErr w:type="spellEnd"/>
      <w:r>
        <w:t xml:space="preserve"> di </w:t>
      </w:r>
      <w:proofErr w:type="spellStart"/>
      <w:r>
        <w:t>incompatibilità</w:t>
      </w:r>
      <w:proofErr w:type="spellEnd"/>
      <w:r>
        <w:t>/</w:t>
      </w:r>
      <w:proofErr w:type="spellStart"/>
      <w:r>
        <w:t>conflitto</w:t>
      </w:r>
      <w:proofErr w:type="spellEnd"/>
      <w:r>
        <w:t xml:space="preserve"> di interessi; </w:t>
      </w:r>
    </w:p>
    <w:p w14:paraId="76462A6A" w14:textId="77777777" w:rsidR="0006185D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; </w:t>
      </w:r>
    </w:p>
    <w:p w14:paraId="2FAE37D5" w14:textId="36C31D41" w:rsidR="00A438E5" w:rsidRDefault="0006185D" w:rsidP="0006185D">
      <w:pPr>
        <w:pStyle w:val="Paragrafoelenco"/>
        <w:numPr>
          <w:ilvl w:val="0"/>
          <w:numId w:val="10"/>
        </w:numPr>
        <w:spacing w:after="60"/>
        <w:jc w:val="both"/>
      </w:pPr>
      <w:proofErr w:type="spellStart"/>
      <w:r>
        <w:t>eventuale</w:t>
      </w:r>
      <w:proofErr w:type="spellEnd"/>
      <w:r>
        <w:t xml:space="preserve"> </w:t>
      </w:r>
      <w:proofErr w:type="spellStart"/>
      <w:r>
        <w:t>autorizzazione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 di </w:t>
      </w:r>
      <w:proofErr w:type="spellStart"/>
      <w:r>
        <w:t>appartenenza</w:t>
      </w:r>
      <w:proofErr w:type="spellEnd"/>
      <w:r>
        <w:t xml:space="preserve"> per collaborazione plurima.</w:t>
      </w:r>
    </w:p>
    <w:p w14:paraId="683956CE" w14:textId="77777777" w:rsidR="0006185D" w:rsidRDefault="0006185D">
      <w:pPr>
        <w:jc w:val="both"/>
      </w:pPr>
    </w:p>
    <w:p w14:paraId="49A0B162" w14:textId="274DA17F" w:rsidR="00A438E5" w:rsidRDefault="0006185D">
      <w:pPr>
        <w:jc w:val="both"/>
      </w:pPr>
      <w:r>
        <w:t xml:space="preserve">Data ______________________                                              </w:t>
      </w:r>
      <w:proofErr w:type="spellStart"/>
      <w:r>
        <w:t>Firma</w:t>
      </w:r>
      <w:proofErr w:type="spellEnd"/>
      <w:r>
        <w:t xml:space="preserve"> ______________________________</w:t>
      </w:r>
    </w:p>
    <w:sectPr w:rsidR="00A438E5" w:rsidSect="00034616">
      <w:pgSz w:w="12240" w:h="15840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1F6237"/>
    <w:multiLevelType w:val="hybridMultilevel"/>
    <w:tmpl w:val="8DB4C410"/>
    <w:lvl w:ilvl="0" w:tplc="1A5CA4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938645">
    <w:abstractNumId w:val="8"/>
  </w:num>
  <w:num w:numId="2" w16cid:durableId="783888510">
    <w:abstractNumId w:val="6"/>
  </w:num>
  <w:num w:numId="3" w16cid:durableId="754012319">
    <w:abstractNumId w:val="5"/>
  </w:num>
  <w:num w:numId="4" w16cid:durableId="252783729">
    <w:abstractNumId w:val="4"/>
  </w:num>
  <w:num w:numId="5" w16cid:durableId="177617774">
    <w:abstractNumId w:val="7"/>
  </w:num>
  <w:num w:numId="6" w16cid:durableId="762839339">
    <w:abstractNumId w:val="3"/>
  </w:num>
  <w:num w:numId="7" w16cid:durableId="676807631">
    <w:abstractNumId w:val="2"/>
  </w:num>
  <w:num w:numId="8" w16cid:durableId="409697048">
    <w:abstractNumId w:val="1"/>
  </w:num>
  <w:num w:numId="9" w16cid:durableId="1469399761">
    <w:abstractNumId w:val="0"/>
  </w:num>
  <w:num w:numId="10" w16cid:durableId="1981110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85D"/>
    <w:rsid w:val="0015074B"/>
    <w:rsid w:val="0029639D"/>
    <w:rsid w:val="00326F90"/>
    <w:rsid w:val="00A438E5"/>
    <w:rsid w:val="00AA1D8D"/>
    <w:rsid w:val="00B47730"/>
    <w:rsid w:val="00CB0664"/>
    <w:rsid w:val="00FC693F"/>
    <w:rsid w:val="00FF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F495F"/>
  <w14:defaultImageDpi w14:val="300"/>
  <w15:docId w15:val="{52C1030B-2A7C-4ED8-B80F-22835ED3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2026-10-08T14:27:00Z</dcterms:created>
  <dcterms:modified xsi:type="dcterms:W3CDTF">2026-10-08T14:27:00Z</dcterms:modified>
  <cp:category/>
</cp:coreProperties>
</file>