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Y="1861"/>
        <w:tblW w:w="10548" w:type="dxa"/>
        <w:tblLook w:val="01E0" w:firstRow="1" w:lastRow="1" w:firstColumn="1" w:lastColumn="1" w:noHBand="0" w:noVBand="0"/>
      </w:tblPr>
      <w:tblGrid>
        <w:gridCol w:w="1651"/>
        <w:gridCol w:w="7451"/>
        <w:gridCol w:w="1446"/>
      </w:tblGrid>
      <w:tr w:rsidR="007B5D02" w14:paraId="51E8B604" w14:textId="77777777" w:rsidTr="007B5D02">
        <w:tc>
          <w:tcPr>
            <w:tcW w:w="1651" w:type="dxa"/>
          </w:tcPr>
          <w:p w14:paraId="70907EBE" w14:textId="77777777" w:rsidR="007B5D02" w:rsidRDefault="007B5D02" w:rsidP="007B5D02">
            <w:pPr>
              <w:tabs>
                <w:tab w:val="left" w:pos="1290"/>
              </w:tabs>
              <w:rPr>
                <w:rFonts w:ascii="Calibri" w:hAnsi="Calibri"/>
                <w:noProof/>
              </w:rPr>
            </w:pPr>
            <w:r>
              <w:tab/>
            </w:r>
          </w:p>
          <w:p w14:paraId="725B44D8" w14:textId="77777777" w:rsidR="007B5D02" w:rsidRDefault="007B5D02" w:rsidP="007B5D02">
            <w:pPr>
              <w:tabs>
                <w:tab w:val="left" w:pos="1290"/>
              </w:tabs>
            </w:pPr>
            <w:r w:rsidRPr="009C63DD">
              <w:rPr>
                <w:rFonts w:ascii="Calibri" w:hAnsi="Calibri" w:cs="Calibri"/>
                <w:noProof/>
                <w:sz w:val="22"/>
                <w:lang w:val="it"/>
              </w:rPr>
              <w:drawing>
                <wp:inline distT="0" distB="0" distL="0" distR="0" wp14:anchorId="679B9809" wp14:editId="57247047">
                  <wp:extent cx="847725" cy="704850"/>
                  <wp:effectExtent l="0" t="0" r="9525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51" w:type="dxa"/>
          </w:tcPr>
          <w:p w14:paraId="535EDC50" w14:textId="77777777" w:rsidR="007B5D02" w:rsidRDefault="007B5D02" w:rsidP="007B5D02">
            <w:pPr>
              <w:pStyle w:val="Intestazione"/>
              <w:ind w:left="-283" w:right="-217"/>
              <w:jc w:val="center"/>
              <w:rPr>
                <w:rFonts w:cs="Arial"/>
                <w:b/>
                <w:sz w:val="34"/>
                <w:szCs w:val="36"/>
              </w:rPr>
            </w:pPr>
          </w:p>
          <w:p w14:paraId="1A13C908" w14:textId="2BF439EC" w:rsidR="007B5D02" w:rsidRDefault="007B5D02" w:rsidP="007B5D02">
            <w:pPr>
              <w:pStyle w:val="Intestazione"/>
              <w:ind w:left="-283" w:right="-217"/>
              <w:jc w:val="center"/>
              <w:rPr>
                <w:rFonts w:cs="Arial"/>
                <w:b/>
                <w:sz w:val="34"/>
                <w:szCs w:val="36"/>
              </w:rPr>
            </w:pPr>
            <w:proofErr w:type="spellStart"/>
            <w:r>
              <w:rPr>
                <w:rFonts w:cs="Arial"/>
                <w:b/>
                <w:sz w:val="34"/>
                <w:szCs w:val="36"/>
              </w:rPr>
              <w:t>Liceo</w:t>
            </w:r>
            <w:proofErr w:type="spellEnd"/>
            <w:r>
              <w:rPr>
                <w:rFonts w:cs="Arial"/>
                <w:b/>
                <w:sz w:val="34"/>
                <w:szCs w:val="36"/>
              </w:rPr>
              <w:t xml:space="preserve"> </w:t>
            </w:r>
            <w:proofErr w:type="spellStart"/>
            <w:r>
              <w:rPr>
                <w:rFonts w:cs="Arial"/>
                <w:b/>
                <w:sz w:val="34"/>
                <w:szCs w:val="36"/>
              </w:rPr>
              <w:t>Scientifico</w:t>
            </w:r>
            <w:proofErr w:type="spellEnd"/>
            <w:r>
              <w:rPr>
                <w:rFonts w:cs="Arial"/>
                <w:b/>
                <w:sz w:val="34"/>
                <w:szCs w:val="36"/>
              </w:rPr>
              <w:t xml:space="preserve"> </w:t>
            </w:r>
            <w:proofErr w:type="spellStart"/>
            <w:r>
              <w:rPr>
                <w:rFonts w:cs="Arial"/>
                <w:b/>
                <w:sz w:val="34"/>
                <w:szCs w:val="36"/>
              </w:rPr>
              <w:t>Statale</w:t>
            </w:r>
            <w:proofErr w:type="spellEnd"/>
            <w:r>
              <w:rPr>
                <w:rFonts w:cs="Arial"/>
                <w:b/>
                <w:sz w:val="34"/>
                <w:szCs w:val="36"/>
              </w:rPr>
              <w:t xml:space="preserve"> “G. </w:t>
            </w:r>
            <w:proofErr w:type="spellStart"/>
            <w:r>
              <w:rPr>
                <w:rFonts w:cs="Arial"/>
                <w:b/>
                <w:sz w:val="34"/>
                <w:szCs w:val="36"/>
              </w:rPr>
              <w:t>Ancina</w:t>
            </w:r>
            <w:proofErr w:type="spellEnd"/>
            <w:r>
              <w:rPr>
                <w:rFonts w:cs="Arial"/>
                <w:b/>
                <w:sz w:val="34"/>
                <w:szCs w:val="36"/>
              </w:rPr>
              <w:t>”</w:t>
            </w:r>
          </w:p>
          <w:p w14:paraId="0413FA99" w14:textId="77777777" w:rsidR="007B5D02" w:rsidRDefault="007B5D02" w:rsidP="007B5D02">
            <w:pPr>
              <w:pStyle w:val="Intestazione"/>
              <w:ind w:left="-283" w:right="-217"/>
              <w:jc w:val="center"/>
              <w:rPr>
                <w:rFonts w:cs="Arial"/>
                <w:b/>
              </w:rPr>
            </w:pPr>
            <w:proofErr w:type="spellStart"/>
            <w:r>
              <w:rPr>
                <w:rFonts w:cs="Arial"/>
                <w:b/>
              </w:rPr>
              <w:t>Liceo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Scientifico</w:t>
            </w:r>
            <w:proofErr w:type="spellEnd"/>
            <w:r>
              <w:rPr>
                <w:rFonts w:cs="Arial"/>
                <w:b/>
              </w:rPr>
              <w:t xml:space="preserve"> – </w:t>
            </w:r>
            <w:proofErr w:type="spellStart"/>
            <w:r>
              <w:rPr>
                <w:rFonts w:cs="Arial"/>
                <w:b/>
              </w:rPr>
              <w:t>Liceo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Scientifico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ad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indirizzo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Sportivo</w:t>
            </w:r>
            <w:proofErr w:type="spellEnd"/>
          </w:p>
          <w:p w14:paraId="0D816606" w14:textId="77777777" w:rsidR="007B5D02" w:rsidRDefault="007B5D02" w:rsidP="007B5D02">
            <w:pPr>
              <w:pStyle w:val="Intestazione"/>
              <w:ind w:left="-283" w:right="-217"/>
              <w:jc w:val="center"/>
              <w:rPr>
                <w:rFonts w:cs="Arial"/>
                <w:b/>
              </w:rPr>
            </w:pPr>
            <w:proofErr w:type="spellStart"/>
            <w:r>
              <w:rPr>
                <w:rFonts w:cs="Arial"/>
                <w:b/>
              </w:rPr>
              <w:t>Liceo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Linguistico</w:t>
            </w:r>
            <w:proofErr w:type="spellEnd"/>
            <w:r>
              <w:rPr>
                <w:rFonts w:cs="Arial"/>
                <w:b/>
              </w:rPr>
              <w:t xml:space="preserve"> - </w:t>
            </w:r>
            <w:proofErr w:type="spellStart"/>
            <w:r>
              <w:rPr>
                <w:rFonts w:cs="Arial"/>
                <w:b/>
              </w:rPr>
              <w:t>Liceo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delle</w:t>
            </w:r>
            <w:proofErr w:type="spellEnd"/>
            <w:r>
              <w:rPr>
                <w:rFonts w:cs="Arial"/>
                <w:b/>
              </w:rPr>
              <w:t xml:space="preserve"> Scienze </w:t>
            </w:r>
            <w:proofErr w:type="spellStart"/>
            <w:r>
              <w:rPr>
                <w:rFonts w:cs="Arial"/>
                <w:b/>
              </w:rPr>
              <w:t>Umane</w:t>
            </w:r>
            <w:proofErr w:type="spellEnd"/>
          </w:p>
          <w:p w14:paraId="3833AEA0" w14:textId="77777777" w:rsidR="007B5D02" w:rsidRDefault="007B5D02" w:rsidP="007B5D02">
            <w:pPr>
              <w:pStyle w:val="Intestazione"/>
              <w:ind w:left="-283" w:right="-217"/>
              <w:jc w:val="center"/>
              <w:rPr>
                <w:rFonts w:cs="Arial"/>
                <w:sz w:val="18"/>
                <w:szCs w:val="18"/>
              </w:rPr>
            </w:pPr>
            <w:proofErr w:type="spellStart"/>
            <w:r>
              <w:rPr>
                <w:rFonts w:cs="Arial"/>
                <w:sz w:val="18"/>
                <w:szCs w:val="18"/>
              </w:rPr>
              <w:t>P.</w:t>
            </w:r>
            <w:r>
              <w:rPr>
                <w:rFonts w:cs="Arial"/>
                <w:sz w:val="18"/>
                <w:szCs w:val="18"/>
                <w:vertAlign w:val="superscript"/>
              </w:rPr>
              <w:t>zza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Don Mario </w:t>
            </w:r>
            <w:proofErr w:type="spellStart"/>
            <w:r>
              <w:rPr>
                <w:rFonts w:cs="Arial"/>
                <w:sz w:val="18"/>
                <w:szCs w:val="18"/>
              </w:rPr>
              <w:t>Picco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, 6 / Via Tripoli, </w:t>
            </w:r>
            <w:proofErr w:type="gramStart"/>
            <w:r>
              <w:rPr>
                <w:rFonts w:cs="Arial"/>
                <w:sz w:val="18"/>
                <w:szCs w:val="18"/>
              </w:rPr>
              <w:t>4  -</w:t>
            </w:r>
            <w:proofErr w:type="gramEnd"/>
            <w:r>
              <w:rPr>
                <w:rFonts w:cs="Arial"/>
                <w:sz w:val="18"/>
                <w:szCs w:val="18"/>
              </w:rPr>
              <w:t xml:space="preserve">  12045 FOSSANO (CN)</w:t>
            </w:r>
          </w:p>
          <w:p w14:paraId="31BEFDAD" w14:textId="77777777" w:rsidR="007B5D02" w:rsidRDefault="007B5D02" w:rsidP="007B5D02">
            <w:pPr>
              <w:tabs>
                <w:tab w:val="left" w:pos="175"/>
              </w:tabs>
              <w:spacing w:after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8"/>
                <w:szCs w:val="18"/>
              </w:rPr>
              <w:t>PEC</w:t>
            </w:r>
            <w:r>
              <w:rPr>
                <w:rFonts w:cs="Arial"/>
                <w:b/>
                <w:sz w:val="18"/>
                <w:szCs w:val="18"/>
              </w:rPr>
              <w:t xml:space="preserve">: </w:t>
            </w:r>
            <w:r>
              <w:rPr>
                <w:rFonts w:cs="Arial"/>
                <w:sz w:val="16"/>
                <w:szCs w:val="16"/>
              </w:rPr>
              <w:t xml:space="preserve">cnps010003@pec.istruzione.it      </w:t>
            </w:r>
            <w:r>
              <w:rPr>
                <w:rFonts w:cs="Arial"/>
                <w:sz w:val="18"/>
                <w:szCs w:val="18"/>
              </w:rPr>
              <w:t>PEO</w:t>
            </w:r>
            <w:r>
              <w:rPr>
                <w:rFonts w:cs="Arial"/>
                <w:b/>
                <w:sz w:val="18"/>
                <w:szCs w:val="18"/>
              </w:rPr>
              <w:t>:</w:t>
            </w:r>
            <w:r>
              <w:rPr>
                <w:rFonts w:cs="Arial"/>
                <w:b/>
                <w:sz w:val="16"/>
                <w:szCs w:val="16"/>
              </w:rPr>
              <w:t xml:space="preserve"> </w:t>
            </w:r>
            <w:r>
              <w:rPr>
                <w:rFonts w:cs="Arial"/>
                <w:sz w:val="16"/>
                <w:szCs w:val="16"/>
              </w:rPr>
              <w:t>info@liceoancina.edu.it     Sito Web: liceoancina.edu.it</w:t>
            </w:r>
          </w:p>
          <w:p w14:paraId="0716AF9E" w14:textId="77777777" w:rsidR="007B5D02" w:rsidRDefault="007B5D02" w:rsidP="007B5D02">
            <w:pPr>
              <w:pStyle w:val="Intestazione"/>
              <w:ind w:left="-283" w:right="-217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Tel. 0172/694063</w:t>
            </w:r>
          </w:p>
          <w:p w14:paraId="0C5BE4BE" w14:textId="77777777" w:rsidR="007B5D02" w:rsidRDefault="007B5D02" w:rsidP="007B5D02">
            <w:pPr>
              <w:tabs>
                <w:tab w:val="left" w:pos="1290"/>
              </w:tabs>
            </w:pPr>
          </w:p>
        </w:tc>
        <w:tc>
          <w:tcPr>
            <w:tcW w:w="1446" w:type="dxa"/>
          </w:tcPr>
          <w:p w14:paraId="3C63042C" w14:textId="77777777" w:rsidR="007B5D02" w:rsidRDefault="007B5D02" w:rsidP="007B5D02">
            <w:pPr>
              <w:tabs>
                <w:tab w:val="left" w:pos="1290"/>
              </w:tabs>
              <w:rPr>
                <w:rFonts w:ascii="Calibri" w:hAnsi="Calibri"/>
                <w:noProof/>
                <w:sz w:val="18"/>
                <w:szCs w:val="18"/>
              </w:rPr>
            </w:pPr>
          </w:p>
          <w:p w14:paraId="3DA3D9D6" w14:textId="77777777" w:rsidR="007B5D02" w:rsidRDefault="007B5D02" w:rsidP="007B5D02">
            <w:pPr>
              <w:tabs>
                <w:tab w:val="left" w:pos="1290"/>
              </w:tabs>
              <w:rPr>
                <w:rFonts w:ascii="Calibri" w:hAnsi="Calibri"/>
                <w:noProof/>
              </w:rPr>
            </w:pPr>
            <w:r>
              <w:object w:dxaOrig="604" w:dyaOrig="604" w14:anchorId="6A6645C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style="width:61.5pt;height:61.5pt" o:ole="" fillcolor="window">
                  <v:imagedata r:id="rId9" o:title=""/>
                </v:shape>
                <o:OLEObject Type="Embed" ProgID="Word.Picture.8" ShapeID="_x0000_i1027" DrawAspect="Content" ObjectID="_1852117723" r:id="rId10"/>
              </w:object>
            </w:r>
          </w:p>
        </w:tc>
      </w:tr>
    </w:tbl>
    <w:p w14:paraId="7D89530E" w14:textId="464A2B78" w:rsidR="00D937BD" w:rsidRPr="00EA23F4" w:rsidRDefault="00A61009">
      <w:pPr>
        <w:spacing w:after="80"/>
        <w:jc w:val="center"/>
        <w:rPr>
          <w:rFonts w:ascii="Cambria" w:hAnsi="Cambria"/>
          <w:sz w:val="24"/>
          <w:szCs w:val="24"/>
        </w:rPr>
      </w:pPr>
      <w:r w:rsidRPr="00EA23F4">
        <w:rPr>
          <w:rFonts w:ascii="Cambria" w:hAnsi="Cambria"/>
          <w:b/>
          <w:sz w:val="24"/>
          <w:szCs w:val="24"/>
        </w:rPr>
        <w:t>ALLEGATO 3 – INFORMATIVA SUL TRATTAMENTO DEI DATI PERSONALI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5094"/>
        <w:gridCol w:w="5096"/>
      </w:tblGrid>
      <w:tr w:rsidR="00D937BD" w:rsidRPr="00EA23F4" w14:paraId="55749921" w14:textId="77777777">
        <w:trPr>
          <w:jc w:val="center"/>
        </w:trPr>
        <w:tc>
          <w:tcPr>
            <w:tcW w:w="5100" w:type="dxa"/>
            <w:shd w:val="clear" w:color="auto" w:fill="E7E6E6"/>
            <w:vAlign w:val="center"/>
          </w:tcPr>
          <w:p w14:paraId="184442D7" w14:textId="77777777" w:rsidR="00D937BD" w:rsidRPr="00EA23F4" w:rsidRDefault="00A61009">
            <w:pPr>
              <w:rPr>
                <w:rFonts w:ascii="Cambria" w:hAnsi="Cambria"/>
                <w:sz w:val="24"/>
                <w:szCs w:val="24"/>
              </w:rPr>
            </w:pPr>
            <w:r w:rsidRPr="00EA23F4">
              <w:rPr>
                <w:rFonts w:ascii="Cambria" w:hAnsi="Cambria"/>
                <w:b/>
                <w:sz w:val="24"/>
                <w:szCs w:val="24"/>
              </w:rPr>
              <w:t>Programma</w:t>
            </w:r>
          </w:p>
        </w:tc>
        <w:tc>
          <w:tcPr>
            <w:tcW w:w="5100" w:type="dxa"/>
            <w:vAlign w:val="center"/>
          </w:tcPr>
          <w:p w14:paraId="0DC4E43C" w14:textId="77777777" w:rsidR="00D937BD" w:rsidRPr="00EA23F4" w:rsidRDefault="00A61009">
            <w:pPr>
              <w:rPr>
                <w:rFonts w:ascii="Cambria" w:hAnsi="Cambria"/>
                <w:sz w:val="24"/>
                <w:szCs w:val="24"/>
              </w:rPr>
            </w:pPr>
            <w:r w:rsidRPr="00EA23F4">
              <w:rPr>
                <w:rFonts w:ascii="Cambria" w:hAnsi="Cambria"/>
                <w:sz w:val="24"/>
                <w:szCs w:val="24"/>
              </w:rPr>
              <w:t>PN “Scuola e competenze” 2021-2027 - FESR</w:t>
            </w:r>
          </w:p>
        </w:tc>
      </w:tr>
      <w:tr w:rsidR="00D937BD" w:rsidRPr="00EA23F4" w14:paraId="14438BDA" w14:textId="77777777">
        <w:trPr>
          <w:jc w:val="center"/>
        </w:trPr>
        <w:tc>
          <w:tcPr>
            <w:tcW w:w="5100" w:type="dxa"/>
            <w:shd w:val="clear" w:color="auto" w:fill="E7E6E6"/>
            <w:vAlign w:val="center"/>
          </w:tcPr>
          <w:p w14:paraId="75235DD4" w14:textId="77777777" w:rsidR="00D937BD" w:rsidRPr="00EA23F4" w:rsidRDefault="00A61009">
            <w:pPr>
              <w:rPr>
                <w:rFonts w:ascii="Cambria" w:hAnsi="Cambria"/>
                <w:sz w:val="24"/>
                <w:szCs w:val="24"/>
              </w:rPr>
            </w:pPr>
            <w:r w:rsidRPr="00EA23F4">
              <w:rPr>
                <w:rFonts w:ascii="Cambria" w:hAnsi="Cambria"/>
                <w:b/>
                <w:sz w:val="24"/>
                <w:szCs w:val="24"/>
              </w:rPr>
              <w:t>Avviso</w:t>
            </w:r>
          </w:p>
        </w:tc>
        <w:tc>
          <w:tcPr>
            <w:tcW w:w="5100" w:type="dxa"/>
            <w:vAlign w:val="center"/>
          </w:tcPr>
          <w:p w14:paraId="68D37BDC" w14:textId="77777777" w:rsidR="00D937BD" w:rsidRPr="00EA23F4" w:rsidRDefault="00A61009">
            <w:pPr>
              <w:rPr>
                <w:rFonts w:ascii="Cambria" w:hAnsi="Cambria"/>
                <w:sz w:val="24"/>
                <w:szCs w:val="24"/>
              </w:rPr>
            </w:pPr>
            <w:r w:rsidRPr="00EA23F4">
              <w:rPr>
                <w:rFonts w:ascii="Cambria" w:hAnsi="Cambria"/>
                <w:sz w:val="24"/>
                <w:szCs w:val="24"/>
              </w:rPr>
              <w:t>Avviso prot. n. 158249 del 17/09/2025</w:t>
            </w:r>
          </w:p>
        </w:tc>
      </w:tr>
      <w:tr w:rsidR="00D937BD" w:rsidRPr="00EA23F4" w14:paraId="24EE757F" w14:textId="77777777">
        <w:trPr>
          <w:jc w:val="center"/>
        </w:trPr>
        <w:tc>
          <w:tcPr>
            <w:tcW w:w="5100" w:type="dxa"/>
            <w:shd w:val="clear" w:color="auto" w:fill="E7E6E6"/>
            <w:vAlign w:val="center"/>
          </w:tcPr>
          <w:p w14:paraId="7E58F75E" w14:textId="77777777" w:rsidR="00D937BD" w:rsidRPr="00EA23F4" w:rsidRDefault="00A61009">
            <w:pPr>
              <w:rPr>
                <w:rFonts w:ascii="Cambria" w:hAnsi="Cambria"/>
                <w:sz w:val="24"/>
                <w:szCs w:val="24"/>
              </w:rPr>
            </w:pPr>
            <w:r w:rsidRPr="00EA23F4">
              <w:rPr>
                <w:rFonts w:ascii="Cambria" w:hAnsi="Cambria"/>
                <w:b/>
                <w:sz w:val="24"/>
                <w:szCs w:val="24"/>
              </w:rPr>
              <w:t>Codice progetto</w:t>
            </w:r>
          </w:p>
        </w:tc>
        <w:tc>
          <w:tcPr>
            <w:tcW w:w="5100" w:type="dxa"/>
            <w:vAlign w:val="center"/>
          </w:tcPr>
          <w:p w14:paraId="3616D4CC" w14:textId="77777777" w:rsidR="00D937BD" w:rsidRPr="00EA23F4" w:rsidRDefault="00A61009">
            <w:pPr>
              <w:rPr>
                <w:rFonts w:ascii="Cambria" w:hAnsi="Cambria"/>
                <w:sz w:val="24"/>
                <w:szCs w:val="24"/>
              </w:rPr>
            </w:pPr>
            <w:r w:rsidRPr="00EA23F4">
              <w:rPr>
                <w:rFonts w:ascii="Cambria" w:hAnsi="Cambria"/>
                <w:sz w:val="24"/>
                <w:szCs w:val="24"/>
              </w:rPr>
              <w:t>RSO4.</w:t>
            </w:r>
            <w:proofErr w:type="gramStart"/>
            <w:r w:rsidRPr="00EA23F4">
              <w:rPr>
                <w:rFonts w:ascii="Cambria" w:hAnsi="Cambria"/>
                <w:sz w:val="24"/>
                <w:szCs w:val="24"/>
              </w:rPr>
              <w:t>2.A</w:t>
            </w:r>
            <w:proofErr w:type="gramEnd"/>
            <w:r w:rsidRPr="00EA23F4">
              <w:rPr>
                <w:rFonts w:ascii="Cambria" w:hAnsi="Cambria"/>
                <w:sz w:val="24"/>
                <w:szCs w:val="24"/>
              </w:rPr>
              <w:t>3.A-FESRPN-PI-2026-9</w:t>
            </w:r>
          </w:p>
        </w:tc>
      </w:tr>
      <w:tr w:rsidR="00D937BD" w:rsidRPr="00EA23F4" w14:paraId="73A3726C" w14:textId="77777777">
        <w:trPr>
          <w:jc w:val="center"/>
        </w:trPr>
        <w:tc>
          <w:tcPr>
            <w:tcW w:w="5100" w:type="dxa"/>
            <w:shd w:val="clear" w:color="auto" w:fill="E7E6E6"/>
            <w:vAlign w:val="center"/>
          </w:tcPr>
          <w:p w14:paraId="6B1E4560" w14:textId="77777777" w:rsidR="00D937BD" w:rsidRPr="00EA23F4" w:rsidRDefault="00A61009">
            <w:pPr>
              <w:rPr>
                <w:rFonts w:ascii="Cambria" w:hAnsi="Cambria"/>
                <w:sz w:val="24"/>
                <w:szCs w:val="24"/>
              </w:rPr>
            </w:pPr>
            <w:r w:rsidRPr="00EA23F4">
              <w:rPr>
                <w:rFonts w:ascii="Cambria" w:hAnsi="Cambria"/>
                <w:b/>
                <w:sz w:val="24"/>
                <w:szCs w:val="24"/>
              </w:rPr>
              <w:t>CUP</w:t>
            </w:r>
          </w:p>
        </w:tc>
        <w:tc>
          <w:tcPr>
            <w:tcW w:w="5100" w:type="dxa"/>
            <w:vAlign w:val="center"/>
          </w:tcPr>
          <w:p w14:paraId="03587594" w14:textId="77777777" w:rsidR="00D937BD" w:rsidRPr="00EA23F4" w:rsidRDefault="00A61009">
            <w:pPr>
              <w:rPr>
                <w:rFonts w:ascii="Cambria" w:hAnsi="Cambria"/>
                <w:sz w:val="24"/>
                <w:szCs w:val="24"/>
              </w:rPr>
            </w:pPr>
            <w:r w:rsidRPr="00EA23F4">
              <w:rPr>
                <w:rFonts w:ascii="Cambria" w:hAnsi="Cambria"/>
                <w:sz w:val="24"/>
                <w:szCs w:val="24"/>
              </w:rPr>
              <w:t>B44D25003040007</w:t>
            </w:r>
          </w:p>
        </w:tc>
      </w:tr>
      <w:tr w:rsidR="00D937BD" w:rsidRPr="00EA23F4" w14:paraId="66A20259" w14:textId="77777777">
        <w:trPr>
          <w:jc w:val="center"/>
        </w:trPr>
        <w:tc>
          <w:tcPr>
            <w:tcW w:w="5100" w:type="dxa"/>
            <w:shd w:val="clear" w:color="auto" w:fill="E7E6E6"/>
            <w:vAlign w:val="center"/>
          </w:tcPr>
          <w:p w14:paraId="60699A42" w14:textId="77777777" w:rsidR="00D937BD" w:rsidRPr="00EA23F4" w:rsidRDefault="00A61009">
            <w:pPr>
              <w:rPr>
                <w:rFonts w:ascii="Cambria" w:hAnsi="Cambria"/>
                <w:sz w:val="24"/>
                <w:szCs w:val="24"/>
              </w:rPr>
            </w:pPr>
            <w:r w:rsidRPr="00EA23F4">
              <w:rPr>
                <w:rFonts w:ascii="Cambria" w:hAnsi="Cambria"/>
                <w:b/>
                <w:sz w:val="24"/>
                <w:szCs w:val="24"/>
              </w:rPr>
              <w:t>Importo autorizzato</w:t>
            </w:r>
          </w:p>
        </w:tc>
        <w:tc>
          <w:tcPr>
            <w:tcW w:w="5100" w:type="dxa"/>
            <w:vAlign w:val="center"/>
          </w:tcPr>
          <w:p w14:paraId="4E4FCE16" w14:textId="77777777" w:rsidR="00D937BD" w:rsidRPr="00EA23F4" w:rsidRDefault="00A61009">
            <w:pPr>
              <w:rPr>
                <w:rFonts w:ascii="Cambria" w:hAnsi="Cambria"/>
                <w:sz w:val="24"/>
                <w:szCs w:val="24"/>
              </w:rPr>
            </w:pPr>
            <w:r w:rsidRPr="00EA23F4">
              <w:rPr>
                <w:rFonts w:ascii="Cambria" w:hAnsi="Cambria"/>
                <w:sz w:val="24"/>
                <w:szCs w:val="24"/>
              </w:rPr>
              <w:t>€ 200.500,00</w:t>
            </w:r>
          </w:p>
        </w:tc>
      </w:tr>
    </w:tbl>
    <w:p w14:paraId="704100CC" w14:textId="77777777" w:rsidR="00D937BD" w:rsidRPr="00EA23F4" w:rsidRDefault="00D937BD">
      <w:pPr>
        <w:rPr>
          <w:rFonts w:ascii="Cambria" w:hAnsi="Cambria"/>
          <w:sz w:val="24"/>
          <w:szCs w:val="24"/>
        </w:rPr>
      </w:pPr>
    </w:p>
    <w:p w14:paraId="08C8849A" w14:textId="77777777" w:rsidR="00D937BD" w:rsidRPr="00EA23F4" w:rsidRDefault="00A61009" w:rsidP="007B5D02">
      <w:pPr>
        <w:spacing w:after="80"/>
        <w:jc w:val="both"/>
        <w:rPr>
          <w:rFonts w:ascii="Cambria" w:hAnsi="Cambria"/>
          <w:sz w:val="24"/>
          <w:szCs w:val="24"/>
        </w:rPr>
      </w:pPr>
      <w:r w:rsidRPr="00EA23F4">
        <w:rPr>
          <w:rFonts w:ascii="Cambria" w:hAnsi="Cambria"/>
          <w:sz w:val="24"/>
          <w:szCs w:val="24"/>
        </w:rPr>
        <w:t>Ai sensi degli artt. 13 e 14 del Regolamento (UE) 2016/679, i dati personali forniti dai candidati saranno trattati dall’Istituzione scolastica, in qualità di Titolare del trattamento, esclusivamente per le finalità connesse alla procedura comparativa, al conferimento e alla gestione dell’eventuale incarico, nonché agli adempimenti amministrativi, contabili, di controllo, pubblicità e rendicontazione del progetto.</w:t>
      </w:r>
    </w:p>
    <w:p w14:paraId="0F93D067" w14:textId="77777777" w:rsidR="00D937BD" w:rsidRPr="00EA23F4" w:rsidRDefault="00A61009" w:rsidP="007B5D02">
      <w:pPr>
        <w:spacing w:after="80"/>
        <w:jc w:val="both"/>
        <w:rPr>
          <w:rFonts w:ascii="Cambria" w:hAnsi="Cambria"/>
          <w:sz w:val="24"/>
          <w:szCs w:val="24"/>
        </w:rPr>
      </w:pPr>
      <w:r w:rsidRPr="00EA23F4">
        <w:rPr>
          <w:rFonts w:ascii="Cambria" w:hAnsi="Cambria"/>
          <w:sz w:val="24"/>
          <w:szCs w:val="24"/>
        </w:rPr>
        <w:t>Il trattamento avverrà con modalità cartacee e informatiche, nel rispetto dei principi di liceità, correttezza, trasparenza, minimizzazione, esattezza, limitazione della conservazione, integrità e riservatezza. I dati potranno essere comunicati ai soggetti pubblici competenti, all’Autorità di Gestione, agli organi di controllo e agli altri soggetti nei casi previsti dalla legge.</w:t>
      </w:r>
    </w:p>
    <w:p w14:paraId="34AECBB2" w14:textId="77777777" w:rsidR="00D937BD" w:rsidRPr="00EA23F4" w:rsidRDefault="00A61009" w:rsidP="007B5D02">
      <w:pPr>
        <w:spacing w:after="80"/>
        <w:jc w:val="both"/>
        <w:rPr>
          <w:rFonts w:ascii="Cambria" w:hAnsi="Cambria"/>
          <w:sz w:val="24"/>
          <w:szCs w:val="24"/>
        </w:rPr>
      </w:pPr>
      <w:r w:rsidRPr="00EA23F4">
        <w:rPr>
          <w:rFonts w:ascii="Cambria" w:hAnsi="Cambria"/>
          <w:sz w:val="24"/>
          <w:szCs w:val="24"/>
        </w:rPr>
        <w:t>L’interessato può esercitare i diritti previsti dagli artt. 15 e seguenti del Regolamento (UE) 2016/679 rivolgendosi al Titolare del trattamento e al Responsabile della protezione dei dati, i cui recapiti sono pubblicati sul sito istituzionale della scuola.</w:t>
      </w:r>
    </w:p>
    <w:p w14:paraId="30C9420F" w14:textId="77777777" w:rsidR="00D937BD" w:rsidRPr="00EA23F4" w:rsidRDefault="00A61009" w:rsidP="007B5D02">
      <w:pPr>
        <w:spacing w:after="80"/>
        <w:jc w:val="both"/>
        <w:rPr>
          <w:rFonts w:ascii="Cambria" w:hAnsi="Cambria"/>
          <w:sz w:val="24"/>
          <w:szCs w:val="24"/>
        </w:rPr>
      </w:pPr>
      <w:r w:rsidRPr="00EA23F4">
        <w:rPr>
          <w:rFonts w:ascii="Cambria" w:hAnsi="Cambria"/>
          <w:sz w:val="24"/>
          <w:szCs w:val="24"/>
        </w:rPr>
        <w:t>Il conferimento dei dati richiesti è necessario ai fini della partecipazione alla procedura; il mancato conferimento impedisce la valutazione della candidatura.</w:t>
      </w:r>
    </w:p>
    <w:p w14:paraId="33F7FD7C" w14:textId="00D44FAF" w:rsidR="00D937BD" w:rsidRPr="00EA23F4" w:rsidRDefault="00A61009" w:rsidP="007B5D02">
      <w:pPr>
        <w:spacing w:after="80"/>
        <w:jc w:val="both"/>
        <w:rPr>
          <w:rFonts w:ascii="Cambria" w:hAnsi="Cambria"/>
          <w:sz w:val="24"/>
          <w:szCs w:val="24"/>
        </w:rPr>
      </w:pPr>
      <w:r w:rsidRPr="00EA23F4">
        <w:rPr>
          <w:rFonts w:ascii="Cambria" w:hAnsi="Cambria"/>
          <w:sz w:val="24"/>
          <w:szCs w:val="24"/>
        </w:rPr>
        <w:t>Il/La sottoscritto/a ________________________</w:t>
      </w:r>
      <w:r w:rsidR="007B5D02">
        <w:rPr>
          <w:rFonts w:ascii="Cambria" w:hAnsi="Cambria"/>
          <w:sz w:val="24"/>
          <w:szCs w:val="24"/>
        </w:rPr>
        <w:t>__________</w:t>
      </w:r>
      <w:r w:rsidRPr="00EA23F4">
        <w:rPr>
          <w:rFonts w:ascii="Cambria" w:hAnsi="Cambria"/>
          <w:sz w:val="24"/>
          <w:szCs w:val="24"/>
        </w:rPr>
        <w:t>__________ dichiara di aver ricevuto e letto la presente informativa.</w:t>
      </w:r>
    </w:p>
    <w:p w14:paraId="47021105" w14:textId="77777777" w:rsidR="007B5D02" w:rsidRDefault="007B5D02">
      <w:pPr>
        <w:spacing w:after="80"/>
        <w:rPr>
          <w:rFonts w:ascii="Cambria" w:hAnsi="Cambria"/>
          <w:sz w:val="24"/>
          <w:szCs w:val="24"/>
        </w:rPr>
      </w:pPr>
    </w:p>
    <w:p w14:paraId="4BC45530" w14:textId="2817B116" w:rsidR="00D937BD" w:rsidRPr="00EA23F4" w:rsidRDefault="00A61009">
      <w:pPr>
        <w:spacing w:after="80"/>
        <w:rPr>
          <w:rFonts w:ascii="Cambria" w:hAnsi="Cambria"/>
          <w:sz w:val="24"/>
          <w:szCs w:val="24"/>
        </w:rPr>
      </w:pPr>
      <w:proofErr w:type="spellStart"/>
      <w:r w:rsidRPr="00EA23F4">
        <w:rPr>
          <w:rFonts w:ascii="Cambria" w:hAnsi="Cambria"/>
          <w:sz w:val="24"/>
          <w:szCs w:val="24"/>
        </w:rPr>
        <w:t>Luogo</w:t>
      </w:r>
      <w:proofErr w:type="spellEnd"/>
      <w:r w:rsidRPr="00EA23F4">
        <w:rPr>
          <w:rFonts w:ascii="Cambria" w:hAnsi="Cambria"/>
          <w:sz w:val="24"/>
          <w:szCs w:val="24"/>
        </w:rPr>
        <w:t xml:space="preserve"> e data ____________________________      </w:t>
      </w:r>
      <w:r w:rsidR="007B5D02">
        <w:rPr>
          <w:rFonts w:ascii="Cambria" w:hAnsi="Cambria"/>
          <w:sz w:val="24"/>
          <w:szCs w:val="24"/>
        </w:rPr>
        <w:tab/>
      </w:r>
      <w:r w:rsidR="007B5D02">
        <w:rPr>
          <w:rFonts w:ascii="Cambria" w:hAnsi="Cambria"/>
          <w:sz w:val="24"/>
          <w:szCs w:val="24"/>
        </w:rPr>
        <w:tab/>
      </w:r>
      <w:r w:rsidR="007B5D02">
        <w:rPr>
          <w:rFonts w:ascii="Cambria" w:hAnsi="Cambria"/>
          <w:sz w:val="24"/>
          <w:szCs w:val="24"/>
        </w:rPr>
        <w:tab/>
      </w:r>
      <w:r w:rsidR="007B5D02">
        <w:rPr>
          <w:rFonts w:ascii="Cambria" w:hAnsi="Cambria"/>
          <w:sz w:val="24"/>
          <w:szCs w:val="24"/>
        </w:rPr>
        <w:tab/>
      </w:r>
      <w:proofErr w:type="spellStart"/>
      <w:r w:rsidRPr="00EA23F4">
        <w:rPr>
          <w:rFonts w:ascii="Cambria" w:hAnsi="Cambria"/>
          <w:sz w:val="24"/>
          <w:szCs w:val="24"/>
        </w:rPr>
        <w:t>Firma</w:t>
      </w:r>
      <w:proofErr w:type="spellEnd"/>
      <w:r w:rsidRPr="00EA23F4">
        <w:rPr>
          <w:rFonts w:ascii="Cambria" w:hAnsi="Cambria"/>
          <w:sz w:val="24"/>
          <w:szCs w:val="24"/>
        </w:rPr>
        <w:t xml:space="preserve"> _________________________________</w:t>
      </w:r>
    </w:p>
    <w:sectPr w:rsidR="00D937BD" w:rsidRPr="00EA23F4" w:rsidSect="00034616">
      <w:headerReference w:type="default" r:id="rId11"/>
      <w:footerReference w:type="default" r:id="rId12"/>
      <w:pgSz w:w="12240" w:h="15840"/>
      <w:pgMar w:top="794" w:right="1020" w:bottom="850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6C07DA" w14:textId="77777777" w:rsidR="00A61009" w:rsidRDefault="00A61009">
      <w:pPr>
        <w:spacing w:after="0" w:line="240" w:lineRule="auto"/>
      </w:pPr>
      <w:r>
        <w:separator/>
      </w:r>
    </w:p>
  </w:endnote>
  <w:endnote w:type="continuationSeparator" w:id="0">
    <w:p w14:paraId="5C884176" w14:textId="77777777" w:rsidR="00A61009" w:rsidRDefault="00A610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1C5C6" w14:textId="77777777" w:rsidR="00D937BD" w:rsidRDefault="00A61009">
    <w:pPr>
      <w:pStyle w:val="Pidipagina"/>
      <w:jc w:val="center"/>
    </w:pPr>
    <w:r>
      <w:rPr>
        <w:sz w:val="14"/>
      </w:rPr>
      <w:t>Allegato 3 – Informativa privacy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56410A" w14:textId="77777777" w:rsidR="00A61009" w:rsidRDefault="00A61009">
      <w:pPr>
        <w:spacing w:after="0" w:line="240" w:lineRule="auto"/>
      </w:pPr>
      <w:r>
        <w:separator/>
      </w:r>
    </w:p>
  </w:footnote>
  <w:footnote w:type="continuationSeparator" w:id="0">
    <w:p w14:paraId="423E1ABD" w14:textId="77777777" w:rsidR="00A61009" w:rsidRDefault="00A610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74BB9" w14:textId="77777777" w:rsidR="00D937BD" w:rsidRDefault="00A61009">
    <w:pPr>
      <w:pStyle w:val="Intestazione"/>
      <w:jc w:val="center"/>
    </w:pPr>
    <w:r>
      <w:rPr>
        <w:noProof/>
      </w:rPr>
      <w:drawing>
        <wp:inline distT="0" distB="0" distL="0" distR="0" wp14:anchorId="6C111FA0" wp14:editId="67F71DB5">
          <wp:extent cx="6192000" cy="605312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e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92000" cy="6053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54440931">
    <w:abstractNumId w:val="8"/>
  </w:num>
  <w:num w:numId="2" w16cid:durableId="708839897">
    <w:abstractNumId w:val="6"/>
  </w:num>
  <w:num w:numId="3" w16cid:durableId="808209537">
    <w:abstractNumId w:val="5"/>
  </w:num>
  <w:num w:numId="4" w16cid:durableId="690492534">
    <w:abstractNumId w:val="4"/>
  </w:num>
  <w:num w:numId="5" w16cid:durableId="1662539454">
    <w:abstractNumId w:val="7"/>
  </w:num>
  <w:num w:numId="6" w16cid:durableId="139660018">
    <w:abstractNumId w:val="3"/>
  </w:num>
  <w:num w:numId="7" w16cid:durableId="180315535">
    <w:abstractNumId w:val="2"/>
  </w:num>
  <w:num w:numId="8" w16cid:durableId="438375715">
    <w:abstractNumId w:val="1"/>
  </w:num>
  <w:num w:numId="9" w16cid:durableId="1111748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7B5D02"/>
    <w:rsid w:val="00A61009"/>
    <w:rsid w:val="00AA1D8D"/>
    <w:rsid w:val="00B47730"/>
    <w:rsid w:val="00CB0664"/>
    <w:rsid w:val="00D937BD"/>
    <w:rsid w:val="00EA23F4"/>
    <w:rsid w:val="00F9436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D709D7"/>
  <w14:defaultImageDpi w14:val="300"/>
  <w15:docId w15:val="{8782E90F-4D6D-4913-B665-FAD2557BA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rial" w:hAnsi="Arial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2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DFBE12E-9253-4CC7-84F9-E6BE7E82C5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307</Words>
  <Characters>1752</Characters>
  <Application>Microsoft Office Word</Application>
  <DocSecurity>0</DocSecurity>
  <Lines>14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2055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DSGA</cp:lastModifiedBy>
  <cp:revision>2</cp:revision>
  <dcterms:created xsi:type="dcterms:W3CDTF">2026-09-28T14:22:00Z</dcterms:created>
  <dcterms:modified xsi:type="dcterms:W3CDTF">2026-09-28T14:22:00Z</dcterms:modified>
  <cp:category/>
</cp:coreProperties>
</file>