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61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F65717" w14:paraId="04AD268C" w14:textId="77777777" w:rsidTr="00F65717">
        <w:tc>
          <w:tcPr>
            <w:tcW w:w="1651" w:type="dxa"/>
          </w:tcPr>
          <w:p w14:paraId="5C32E16F" w14:textId="77777777" w:rsidR="00F65717" w:rsidRDefault="00F65717" w:rsidP="00F65717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26FF5257" w14:textId="77777777" w:rsidR="00F65717" w:rsidRDefault="00F65717" w:rsidP="00F65717">
            <w:pPr>
              <w:tabs>
                <w:tab w:val="left" w:pos="1290"/>
              </w:tabs>
            </w:pPr>
            <w:r w:rsidRPr="009C63DD">
              <w:rPr>
                <w:rFonts w:ascii="Calibri" w:hAnsi="Calibri" w:cs="Calibri"/>
                <w:noProof/>
                <w:sz w:val="22"/>
                <w:lang w:val="it"/>
              </w:rPr>
              <w:drawing>
                <wp:inline distT="0" distB="0" distL="0" distR="0" wp14:anchorId="01AC72F9" wp14:editId="4FC37114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2C06A67A" w14:textId="77777777" w:rsidR="00F65717" w:rsidRDefault="00F65717" w:rsidP="00F65717">
            <w:pPr>
              <w:pStyle w:val="Intestazione"/>
              <w:ind w:left="-283" w:right="-217"/>
              <w:jc w:val="center"/>
              <w:rPr>
                <w:b/>
              </w:rPr>
            </w:pPr>
          </w:p>
          <w:p w14:paraId="162D6C1E" w14:textId="77777777" w:rsidR="00F65717" w:rsidRDefault="00F65717" w:rsidP="00F65717">
            <w:pPr>
              <w:pStyle w:val="Intestazione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67996D8C" w14:textId="77777777" w:rsidR="00F65717" w:rsidRDefault="00F65717" w:rsidP="00F65717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040C8BF9" w14:textId="77777777" w:rsidR="00F65717" w:rsidRDefault="00F65717" w:rsidP="00F65717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70628973" w14:textId="77777777" w:rsidR="00F65717" w:rsidRDefault="00F65717" w:rsidP="00F65717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0F3FF13F" w14:textId="77777777" w:rsidR="00F65717" w:rsidRDefault="00F65717" w:rsidP="00F65717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2316CA17" w14:textId="77777777" w:rsidR="00F65717" w:rsidRDefault="00F65717" w:rsidP="00F65717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  <w:p w14:paraId="3C53A3C8" w14:textId="77777777" w:rsidR="00F65717" w:rsidRDefault="00F65717" w:rsidP="00F65717">
            <w:pPr>
              <w:tabs>
                <w:tab w:val="left" w:pos="1290"/>
              </w:tabs>
            </w:pPr>
          </w:p>
        </w:tc>
        <w:tc>
          <w:tcPr>
            <w:tcW w:w="1446" w:type="dxa"/>
          </w:tcPr>
          <w:p w14:paraId="6FBEF7CF" w14:textId="77777777" w:rsidR="00F65717" w:rsidRDefault="00F65717" w:rsidP="00F65717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0C35BD55" w14:textId="77777777" w:rsidR="00F65717" w:rsidRDefault="00F65717" w:rsidP="00F65717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object w:dxaOrig="604" w:dyaOrig="604" w14:anchorId="7C1F6A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61.5pt;height:61.5pt" o:ole="" fillcolor="window">
                  <v:imagedata r:id="rId9" o:title=""/>
                </v:shape>
                <o:OLEObject Type="Embed" ProgID="Word.Picture.8" ShapeID="_x0000_i1027" DrawAspect="Content" ObjectID="_1852117448" r:id="rId10"/>
              </w:object>
            </w:r>
          </w:p>
        </w:tc>
      </w:tr>
    </w:tbl>
    <w:p w14:paraId="6BD035E6" w14:textId="415AEF17" w:rsidR="00D63C2C" w:rsidRPr="00BC3450" w:rsidRDefault="004D5ECC">
      <w:pPr>
        <w:spacing w:after="80"/>
        <w:jc w:val="center"/>
        <w:rPr>
          <w:rFonts w:asciiTheme="minorHAnsi" w:hAnsiTheme="minorHAnsi"/>
          <w:sz w:val="24"/>
          <w:szCs w:val="24"/>
        </w:rPr>
      </w:pPr>
      <w:r w:rsidRPr="00BC3450">
        <w:rPr>
          <w:rFonts w:asciiTheme="minorHAnsi" w:hAnsiTheme="minorHAnsi"/>
          <w:b/>
          <w:sz w:val="24"/>
          <w:szCs w:val="24"/>
        </w:rPr>
        <w:t>ALLEGATO 2 – SCHEDA DI AUTOVALUTAZIONE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4"/>
        <w:gridCol w:w="5096"/>
      </w:tblGrid>
      <w:tr w:rsidR="00D63C2C" w:rsidRPr="00BC3450" w14:paraId="5B171743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2DB0A427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Programma</w:t>
            </w:r>
          </w:p>
        </w:tc>
        <w:tc>
          <w:tcPr>
            <w:tcW w:w="5100" w:type="dxa"/>
            <w:vAlign w:val="center"/>
          </w:tcPr>
          <w:p w14:paraId="6C963FB6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PN “Scuola e competenze” 2021-2027 - FESR</w:t>
            </w:r>
          </w:p>
        </w:tc>
      </w:tr>
      <w:tr w:rsidR="00D63C2C" w:rsidRPr="00BC3450" w14:paraId="5E346D1D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FE43FC8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Avviso</w:t>
            </w:r>
          </w:p>
        </w:tc>
        <w:tc>
          <w:tcPr>
            <w:tcW w:w="5100" w:type="dxa"/>
            <w:vAlign w:val="center"/>
          </w:tcPr>
          <w:p w14:paraId="126F985A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Avviso prot. n. 158249 del 17/09/2025</w:t>
            </w:r>
          </w:p>
        </w:tc>
      </w:tr>
      <w:tr w:rsidR="00D63C2C" w:rsidRPr="00BC3450" w14:paraId="648651D7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C4AE920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Codice progetto</w:t>
            </w:r>
          </w:p>
        </w:tc>
        <w:tc>
          <w:tcPr>
            <w:tcW w:w="5100" w:type="dxa"/>
            <w:vAlign w:val="center"/>
          </w:tcPr>
          <w:p w14:paraId="00DE2035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RSO4.</w:t>
            </w:r>
            <w:proofErr w:type="gramStart"/>
            <w:r w:rsidRPr="00BC3450">
              <w:rPr>
                <w:rFonts w:asciiTheme="minorHAnsi" w:hAnsiTheme="minorHAnsi"/>
                <w:sz w:val="24"/>
                <w:szCs w:val="24"/>
              </w:rPr>
              <w:t>2.A</w:t>
            </w:r>
            <w:proofErr w:type="gramEnd"/>
            <w:r w:rsidRPr="00BC3450">
              <w:rPr>
                <w:rFonts w:asciiTheme="minorHAnsi" w:hAnsiTheme="minorHAnsi"/>
                <w:sz w:val="24"/>
                <w:szCs w:val="24"/>
              </w:rPr>
              <w:t>3.A-FESRPN-PI-2026-9</w:t>
            </w:r>
          </w:p>
        </w:tc>
      </w:tr>
      <w:tr w:rsidR="00D63C2C" w:rsidRPr="00BC3450" w14:paraId="5F824AF3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FFE94FA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CUP</w:t>
            </w:r>
          </w:p>
        </w:tc>
        <w:tc>
          <w:tcPr>
            <w:tcW w:w="5100" w:type="dxa"/>
            <w:vAlign w:val="center"/>
          </w:tcPr>
          <w:p w14:paraId="34A60107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B44D25003040007</w:t>
            </w:r>
          </w:p>
        </w:tc>
      </w:tr>
      <w:tr w:rsidR="00D63C2C" w:rsidRPr="00BC3450" w14:paraId="673EC0FE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24822B37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Importo autorizzato</w:t>
            </w:r>
          </w:p>
        </w:tc>
        <w:tc>
          <w:tcPr>
            <w:tcW w:w="5100" w:type="dxa"/>
            <w:vAlign w:val="center"/>
          </w:tcPr>
          <w:p w14:paraId="30C095C7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€ 200.500,00</w:t>
            </w:r>
          </w:p>
        </w:tc>
      </w:tr>
    </w:tbl>
    <w:p w14:paraId="6D7EB7F9" w14:textId="77777777" w:rsidR="00D63C2C" w:rsidRPr="00BC3450" w:rsidRDefault="00D63C2C">
      <w:pPr>
        <w:rPr>
          <w:rFonts w:asciiTheme="minorHAnsi" w:hAnsiTheme="minorHAnsi"/>
          <w:sz w:val="24"/>
          <w:szCs w:val="24"/>
        </w:rPr>
      </w:pPr>
    </w:p>
    <w:p w14:paraId="3164B448" w14:textId="77777777" w:rsidR="00D63C2C" w:rsidRPr="00BC3450" w:rsidRDefault="004D5ECC">
      <w:pPr>
        <w:spacing w:after="80"/>
        <w:rPr>
          <w:rFonts w:asciiTheme="minorHAnsi" w:hAnsiTheme="minorHAnsi"/>
          <w:sz w:val="24"/>
          <w:szCs w:val="24"/>
        </w:rPr>
      </w:pPr>
      <w:r w:rsidRPr="00BC3450">
        <w:rPr>
          <w:rFonts w:asciiTheme="minorHAnsi" w:hAnsiTheme="minorHAnsi"/>
          <w:sz w:val="24"/>
          <w:szCs w:val="24"/>
        </w:rPr>
        <w:t>Candidato/a _________________________________________________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74"/>
        <w:gridCol w:w="2043"/>
        <w:gridCol w:w="1291"/>
        <w:gridCol w:w="1650"/>
        <w:gridCol w:w="2132"/>
      </w:tblGrid>
      <w:tr w:rsidR="00D63C2C" w:rsidRPr="00BC3450" w14:paraId="2CA5EEDF" w14:textId="77777777">
        <w:trPr>
          <w:jc w:val="center"/>
        </w:trPr>
        <w:tc>
          <w:tcPr>
            <w:tcW w:w="2040" w:type="dxa"/>
            <w:shd w:val="clear" w:color="auto" w:fill="D9EAF7"/>
            <w:vAlign w:val="center"/>
          </w:tcPr>
          <w:p w14:paraId="7F650C7D" w14:textId="77777777" w:rsidR="00D63C2C" w:rsidRPr="00BC3450" w:rsidRDefault="004D5ECC" w:rsidP="00F6571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Titolo/esperienza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629D0B8C" w14:textId="77777777" w:rsidR="00D63C2C" w:rsidRPr="00BC3450" w:rsidRDefault="004D5ECC" w:rsidP="00F6571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Criterio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3DD0E8AE" w14:textId="77777777" w:rsidR="00D63C2C" w:rsidRPr="00BC3450" w:rsidRDefault="004D5ECC" w:rsidP="00F6571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Max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127B277E" w14:textId="77777777" w:rsidR="00D63C2C" w:rsidRPr="00BC3450" w:rsidRDefault="004D5ECC" w:rsidP="00F6571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Punteggio candidato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19A6BCCE" w14:textId="77777777" w:rsidR="00D63C2C" w:rsidRPr="00BC3450" w:rsidRDefault="004D5ECC" w:rsidP="00F6571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Punteggio Amministrazione</w:t>
            </w:r>
          </w:p>
        </w:tc>
      </w:tr>
      <w:tr w:rsidR="00D63C2C" w:rsidRPr="00BC3450" w14:paraId="41FFAAA4" w14:textId="77777777">
        <w:trPr>
          <w:jc w:val="center"/>
        </w:trPr>
        <w:tc>
          <w:tcPr>
            <w:tcW w:w="2040" w:type="dxa"/>
            <w:vAlign w:val="center"/>
          </w:tcPr>
          <w:p w14:paraId="74C9B827" w14:textId="77777777" w:rsidR="00D63C2C" w:rsidRPr="00BC3450" w:rsidRDefault="004D5ECC" w:rsidP="00F65717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Servizio in profili amministrativo-contabili della scuola</w:t>
            </w:r>
          </w:p>
        </w:tc>
        <w:tc>
          <w:tcPr>
            <w:tcW w:w="2040" w:type="dxa"/>
            <w:vAlign w:val="center"/>
          </w:tcPr>
          <w:p w14:paraId="79AA9385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2 punti per anno o frazione &gt; 6 mesi</w:t>
            </w:r>
          </w:p>
        </w:tc>
        <w:tc>
          <w:tcPr>
            <w:tcW w:w="2040" w:type="dxa"/>
            <w:vAlign w:val="center"/>
          </w:tcPr>
          <w:p w14:paraId="1FEA5020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20</w:t>
            </w:r>
          </w:p>
        </w:tc>
        <w:tc>
          <w:tcPr>
            <w:tcW w:w="2040" w:type="dxa"/>
            <w:vAlign w:val="center"/>
          </w:tcPr>
          <w:p w14:paraId="7B10AA5F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964FB0B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63C2C" w:rsidRPr="00BC3450" w14:paraId="4C7CF27E" w14:textId="77777777">
        <w:trPr>
          <w:jc w:val="center"/>
        </w:trPr>
        <w:tc>
          <w:tcPr>
            <w:tcW w:w="2040" w:type="dxa"/>
            <w:vAlign w:val="center"/>
          </w:tcPr>
          <w:p w14:paraId="084220A9" w14:textId="77777777" w:rsidR="00D63C2C" w:rsidRPr="00BC3450" w:rsidRDefault="004D5ECC" w:rsidP="00F65717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Incarichi come RUP/supporto al RUP/supporto a procedure di acquisizione</w:t>
            </w:r>
          </w:p>
        </w:tc>
        <w:tc>
          <w:tcPr>
            <w:tcW w:w="2040" w:type="dxa"/>
            <w:vAlign w:val="center"/>
          </w:tcPr>
          <w:p w14:paraId="6BEBA705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5 punti per incarico/progetto</w:t>
            </w:r>
          </w:p>
        </w:tc>
        <w:tc>
          <w:tcPr>
            <w:tcW w:w="2040" w:type="dxa"/>
            <w:vAlign w:val="center"/>
          </w:tcPr>
          <w:p w14:paraId="4A734A6D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25</w:t>
            </w:r>
          </w:p>
        </w:tc>
        <w:tc>
          <w:tcPr>
            <w:tcW w:w="2040" w:type="dxa"/>
            <w:vAlign w:val="center"/>
          </w:tcPr>
          <w:p w14:paraId="43FB08BF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08B565D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63C2C" w:rsidRPr="00BC3450" w14:paraId="1ECB6B85" w14:textId="77777777">
        <w:trPr>
          <w:jc w:val="center"/>
        </w:trPr>
        <w:tc>
          <w:tcPr>
            <w:tcW w:w="2040" w:type="dxa"/>
            <w:vAlign w:val="center"/>
          </w:tcPr>
          <w:p w14:paraId="706FBB44" w14:textId="77777777" w:rsidR="00D63C2C" w:rsidRPr="00BC3450" w:rsidRDefault="004D5ECC" w:rsidP="00F65717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Gestione amministrativo-contabile di PON/PN 21-27/PNRR/FESR con acquisti/rendicontazione</w:t>
            </w:r>
          </w:p>
        </w:tc>
        <w:tc>
          <w:tcPr>
            <w:tcW w:w="2040" w:type="dxa"/>
            <w:vAlign w:val="center"/>
          </w:tcPr>
          <w:p w14:paraId="09700456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5 punti per progetto</w:t>
            </w:r>
          </w:p>
        </w:tc>
        <w:tc>
          <w:tcPr>
            <w:tcW w:w="2040" w:type="dxa"/>
            <w:vAlign w:val="center"/>
          </w:tcPr>
          <w:p w14:paraId="2963089F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25</w:t>
            </w:r>
          </w:p>
        </w:tc>
        <w:tc>
          <w:tcPr>
            <w:tcW w:w="2040" w:type="dxa"/>
            <w:vAlign w:val="center"/>
          </w:tcPr>
          <w:p w14:paraId="574E8A23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7B163A67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63C2C" w:rsidRPr="00BC3450" w14:paraId="32947DA8" w14:textId="77777777">
        <w:trPr>
          <w:jc w:val="center"/>
        </w:trPr>
        <w:tc>
          <w:tcPr>
            <w:tcW w:w="2040" w:type="dxa"/>
            <w:vAlign w:val="center"/>
          </w:tcPr>
          <w:p w14:paraId="7CE88895" w14:textId="77777777" w:rsidR="00D63C2C" w:rsidRPr="00BC3450" w:rsidRDefault="004D5ECC" w:rsidP="00F65717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Esperienza SIF2127 e/o piattaforme digitali di approvvigionamento/ANAC</w:t>
            </w:r>
          </w:p>
        </w:tc>
        <w:tc>
          <w:tcPr>
            <w:tcW w:w="2040" w:type="dxa"/>
            <w:vAlign w:val="center"/>
          </w:tcPr>
          <w:p w14:paraId="7FCCAFF7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2 punti per esperienza significativa</w:t>
            </w:r>
          </w:p>
        </w:tc>
        <w:tc>
          <w:tcPr>
            <w:tcW w:w="2040" w:type="dxa"/>
            <w:vAlign w:val="center"/>
          </w:tcPr>
          <w:p w14:paraId="6A879009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10</w:t>
            </w:r>
          </w:p>
        </w:tc>
        <w:tc>
          <w:tcPr>
            <w:tcW w:w="2040" w:type="dxa"/>
            <w:vAlign w:val="center"/>
          </w:tcPr>
          <w:p w14:paraId="6DADAC77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3ABE5375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63C2C" w:rsidRPr="00BC3450" w14:paraId="45FED9BE" w14:textId="77777777">
        <w:trPr>
          <w:jc w:val="center"/>
        </w:trPr>
        <w:tc>
          <w:tcPr>
            <w:tcW w:w="2040" w:type="dxa"/>
            <w:vAlign w:val="center"/>
          </w:tcPr>
          <w:p w14:paraId="05A55AD2" w14:textId="77777777" w:rsidR="00D63C2C" w:rsidRPr="00BC3450" w:rsidRDefault="004D5ECC" w:rsidP="00F65717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Titolo universitario coerente</w:t>
            </w:r>
          </w:p>
        </w:tc>
        <w:tc>
          <w:tcPr>
            <w:tcW w:w="2040" w:type="dxa"/>
            <w:vAlign w:val="center"/>
          </w:tcPr>
          <w:p w14:paraId="3399D406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LM/LS 10; LT 7</w:t>
            </w:r>
          </w:p>
        </w:tc>
        <w:tc>
          <w:tcPr>
            <w:tcW w:w="2040" w:type="dxa"/>
            <w:vAlign w:val="center"/>
          </w:tcPr>
          <w:p w14:paraId="2F67CAB0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10</w:t>
            </w:r>
          </w:p>
        </w:tc>
        <w:tc>
          <w:tcPr>
            <w:tcW w:w="2040" w:type="dxa"/>
            <w:vAlign w:val="center"/>
          </w:tcPr>
          <w:p w14:paraId="3BD799FB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593AF611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63C2C" w:rsidRPr="00BC3450" w14:paraId="748D196D" w14:textId="77777777">
        <w:trPr>
          <w:jc w:val="center"/>
        </w:trPr>
        <w:tc>
          <w:tcPr>
            <w:tcW w:w="2040" w:type="dxa"/>
            <w:vAlign w:val="center"/>
          </w:tcPr>
          <w:p w14:paraId="5CF4399E" w14:textId="77777777" w:rsidR="00D63C2C" w:rsidRPr="00BC3450" w:rsidRDefault="004D5ECC" w:rsidP="00F65717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Formazione su contratti pubblici, digitalizzazione, fondi UE, project management</w:t>
            </w:r>
          </w:p>
        </w:tc>
        <w:tc>
          <w:tcPr>
            <w:tcW w:w="2040" w:type="dxa"/>
            <w:vAlign w:val="center"/>
          </w:tcPr>
          <w:p w14:paraId="20535C4F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2 punti per corso ≥ 6 ore</w:t>
            </w:r>
          </w:p>
        </w:tc>
        <w:tc>
          <w:tcPr>
            <w:tcW w:w="2040" w:type="dxa"/>
            <w:vAlign w:val="center"/>
          </w:tcPr>
          <w:p w14:paraId="39090A7B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10</w:t>
            </w:r>
          </w:p>
        </w:tc>
        <w:tc>
          <w:tcPr>
            <w:tcW w:w="2040" w:type="dxa"/>
            <w:vAlign w:val="center"/>
          </w:tcPr>
          <w:p w14:paraId="2AE3EAF9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04BA2794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63C2C" w:rsidRPr="00BC3450" w14:paraId="1747643A" w14:textId="77777777">
        <w:trPr>
          <w:jc w:val="center"/>
        </w:trPr>
        <w:tc>
          <w:tcPr>
            <w:tcW w:w="2040" w:type="dxa"/>
            <w:vAlign w:val="center"/>
          </w:tcPr>
          <w:p w14:paraId="6415616F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b/>
                <w:sz w:val="24"/>
                <w:szCs w:val="24"/>
              </w:rPr>
              <w:t>TOTALE</w:t>
            </w:r>
          </w:p>
        </w:tc>
        <w:tc>
          <w:tcPr>
            <w:tcW w:w="2040" w:type="dxa"/>
            <w:vAlign w:val="center"/>
          </w:tcPr>
          <w:p w14:paraId="2347BC76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1215CC3E" w14:textId="77777777" w:rsidR="00D63C2C" w:rsidRPr="00BC3450" w:rsidRDefault="004D5ECC">
            <w:pPr>
              <w:rPr>
                <w:rFonts w:asciiTheme="minorHAnsi" w:hAnsiTheme="minorHAnsi"/>
                <w:sz w:val="24"/>
                <w:szCs w:val="24"/>
              </w:rPr>
            </w:pPr>
            <w:r w:rsidRPr="00BC3450"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2040" w:type="dxa"/>
            <w:vAlign w:val="center"/>
          </w:tcPr>
          <w:p w14:paraId="6949240A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35F87258" w14:textId="77777777" w:rsidR="00D63C2C" w:rsidRPr="00BC3450" w:rsidRDefault="00D63C2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8DCB8C6" w14:textId="77777777" w:rsidR="00D63C2C" w:rsidRPr="00BC3450" w:rsidRDefault="00D63C2C">
      <w:pPr>
        <w:rPr>
          <w:rFonts w:asciiTheme="minorHAnsi" w:hAnsiTheme="minorHAnsi"/>
          <w:sz w:val="24"/>
          <w:szCs w:val="24"/>
        </w:rPr>
      </w:pPr>
    </w:p>
    <w:p w14:paraId="36A94425" w14:textId="77777777" w:rsidR="00D63C2C" w:rsidRPr="00BC3450" w:rsidRDefault="004D5ECC" w:rsidP="00F65717">
      <w:pPr>
        <w:spacing w:after="80"/>
        <w:jc w:val="both"/>
        <w:rPr>
          <w:rFonts w:asciiTheme="minorHAnsi" w:hAnsiTheme="minorHAnsi"/>
          <w:sz w:val="24"/>
          <w:szCs w:val="24"/>
        </w:rPr>
      </w:pPr>
      <w:r w:rsidRPr="00BC3450">
        <w:rPr>
          <w:rFonts w:asciiTheme="minorHAnsi" w:hAnsiTheme="minorHAnsi"/>
          <w:sz w:val="24"/>
          <w:szCs w:val="24"/>
        </w:rPr>
        <w:t>Il/La sottoscritto/a dichiara che i titoli e le esperienze indicati trovano riscontro nel curriculum e nella documentazione allegata e sono posseduti alla data di scadenza dell’avviso.</w:t>
      </w:r>
    </w:p>
    <w:p w14:paraId="16A80C78" w14:textId="77777777" w:rsidR="00D63C2C" w:rsidRPr="00BC3450" w:rsidRDefault="004D5ECC">
      <w:pPr>
        <w:spacing w:after="80"/>
        <w:rPr>
          <w:rFonts w:asciiTheme="minorHAnsi" w:hAnsiTheme="minorHAnsi"/>
          <w:sz w:val="24"/>
          <w:szCs w:val="24"/>
        </w:rPr>
      </w:pPr>
      <w:r w:rsidRPr="00BC3450">
        <w:rPr>
          <w:rFonts w:asciiTheme="minorHAnsi" w:hAnsiTheme="minorHAnsi"/>
          <w:sz w:val="24"/>
          <w:szCs w:val="24"/>
        </w:rPr>
        <w:t>Luogo e data ____________________________      Firma _________________________________</w:t>
      </w:r>
    </w:p>
    <w:sectPr w:rsidR="00D63C2C" w:rsidRPr="00BC3450" w:rsidSect="00034616">
      <w:headerReference w:type="default" r:id="rId11"/>
      <w:footerReference w:type="default" r:id="rId12"/>
      <w:pgSz w:w="12240" w:h="15840"/>
      <w:pgMar w:top="794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3A5DD" w14:textId="77777777" w:rsidR="004D5ECC" w:rsidRDefault="004D5ECC">
      <w:pPr>
        <w:spacing w:after="0" w:line="240" w:lineRule="auto"/>
      </w:pPr>
      <w:r>
        <w:separator/>
      </w:r>
    </w:p>
  </w:endnote>
  <w:endnote w:type="continuationSeparator" w:id="0">
    <w:p w14:paraId="3F11EB47" w14:textId="77777777" w:rsidR="004D5ECC" w:rsidRDefault="004D5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7CCFB" w14:textId="77777777" w:rsidR="00D63C2C" w:rsidRDefault="004D5ECC">
    <w:pPr>
      <w:pStyle w:val="Pidipagina"/>
      <w:jc w:val="center"/>
    </w:pPr>
    <w:r>
      <w:rPr>
        <w:sz w:val="14"/>
      </w:rPr>
      <w:t>Allegato 2 – Autovalutazione supporto al RUP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D31A" w14:textId="77777777" w:rsidR="004D5ECC" w:rsidRDefault="004D5ECC">
      <w:pPr>
        <w:spacing w:after="0" w:line="240" w:lineRule="auto"/>
      </w:pPr>
      <w:r>
        <w:separator/>
      </w:r>
    </w:p>
  </w:footnote>
  <w:footnote w:type="continuationSeparator" w:id="0">
    <w:p w14:paraId="614D0E61" w14:textId="77777777" w:rsidR="004D5ECC" w:rsidRDefault="004D5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88D52" w14:textId="77777777" w:rsidR="00D63C2C" w:rsidRDefault="004D5ECC">
    <w:pPr>
      <w:pStyle w:val="Intestazione"/>
      <w:jc w:val="center"/>
    </w:pPr>
    <w:r>
      <w:rPr>
        <w:noProof/>
      </w:rPr>
      <w:drawing>
        <wp:inline distT="0" distB="0" distL="0" distR="0" wp14:anchorId="738D8FE2" wp14:editId="18D5D461">
          <wp:extent cx="6192000" cy="60531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60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9960150">
    <w:abstractNumId w:val="8"/>
  </w:num>
  <w:num w:numId="2" w16cid:durableId="193275087">
    <w:abstractNumId w:val="6"/>
  </w:num>
  <w:num w:numId="3" w16cid:durableId="281108807">
    <w:abstractNumId w:val="5"/>
  </w:num>
  <w:num w:numId="4" w16cid:durableId="416562111">
    <w:abstractNumId w:val="4"/>
  </w:num>
  <w:num w:numId="5" w16cid:durableId="321474790">
    <w:abstractNumId w:val="7"/>
  </w:num>
  <w:num w:numId="6" w16cid:durableId="1248002490">
    <w:abstractNumId w:val="3"/>
  </w:num>
  <w:num w:numId="7" w16cid:durableId="2028409308">
    <w:abstractNumId w:val="2"/>
  </w:num>
  <w:num w:numId="8" w16cid:durableId="1032999470">
    <w:abstractNumId w:val="1"/>
  </w:num>
  <w:num w:numId="9" w16cid:durableId="126880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5ECC"/>
    <w:rsid w:val="00AA1D8D"/>
    <w:rsid w:val="00B47730"/>
    <w:rsid w:val="00BC3450"/>
    <w:rsid w:val="00CB0664"/>
    <w:rsid w:val="00D63C2C"/>
    <w:rsid w:val="00F65717"/>
    <w:rsid w:val="00F943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B56EA3"/>
  <w14:defaultImageDpi w14:val="300"/>
  <w15:docId w15:val="{92C24E7F-277C-471B-B81A-A3B8D70E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B74C76-53F8-4BEE-99FC-989EFB2B0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2026-09-28T14:17:00Z</dcterms:created>
  <dcterms:modified xsi:type="dcterms:W3CDTF">2026-09-28T14:17:00Z</dcterms:modified>
  <cp:category/>
</cp:coreProperties>
</file>