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Y="1936"/>
        <w:tblW w:w="10548" w:type="dxa"/>
        <w:tblLook w:val="01E0" w:firstRow="1" w:lastRow="1" w:firstColumn="1" w:lastColumn="1" w:noHBand="0" w:noVBand="0"/>
      </w:tblPr>
      <w:tblGrid>
        <w:gridCol w:w="1651"/>
        <w:gridCol w:w="7451"/>
        <w:gridCol w:w="1446"/>
      </w:tblGrid>
      <w:tr w:rsidR="00DD6CB3" w14:paraId="3ADA5C46" w14:textId="77777777" w:rsidTr="00DD6CB3">
        <w:tc>
          <w:tcPr>
            <w:tcW w:w="1651" w:type="dxa"/>
          </w:tcPr>
          <w:p w14:paraId="1683D159" w14:textId="77777777" w:rsidR="00DD6CB3" w:rsidRDefault="00DD6CB3" w:rsidP="00DD6CB3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tab/>
            </w:r>
          </w:p>
          <w:p w14:paraId="5A02EDE4" w14:textId="77777777" w:rsidR="00DD6CB3" w:rsidRDefault="00DD6CB3" w:rsidP="00DD6CB3">
            <w:pPr>
              <w:tabs>
                <w:tab w:val="left" w:pos="1290"/>
              </w:tabs>
            </w:pPr>
            <w:r w:rsidRPr="009C63DD">
              <w:rPr>
                <w:rFonts w:ascii="Calibri" w:hAnsi="Calibri" w:cs="Calibri"/>
                <w:noProof/>
                <w:sz w:val="22"/>
                <w:lang w:val="it"/>
              </w:rPr>
              <w:drawing>
                <wp:inline distT="0" distB="0" distL="0" distR="0" wp14:anchorId="6612C97C" wp14:editId="79C89500">
                  <wp:extent cx="847725" cy="704850"/>
                  <wp:effectExtent l="0" t="0" r="9525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51" w:type="dxa"/>
          </w:tcPr>
          <w:p w14:paraId="3D6D2443" w14:textId="77777777" w:rsidR="00DD6CB3" w:rsidRDefault="00DD6CB3" w:rsidP="00DD6CB3">
            <w:pPr>
              <w:pStyle w:val="Intestazione"/>
              <w:ind w:left="-283" w:right="-217"/>
              <w:jc w:val="center"/>
              <w:rPr>
                <w:b/>
              </w:rPr>
            </w:pPr>
          </w:p>
          <w:p w14:paraId="1F14EF6A" w14:textId="77777777" w:rsidR="00DD6CB3" w:rsidRDefault="00DD6CB3" w:rsidP="00DD6CB3">
            <w:pPr>
              <w:pStyle w:val="Intestazione"/>
              <w:ind w:left="-283" w:right="-217"/>
              <w:jc w:val="center"/>
              <w:rPr>
                <w:rFonts w:cs="Arial"/>
                <w:b/>
                <w:sz w:val="34"/>
                <w:szCs w:val="36"/>
              </w:rPr>
            </w:pPr>
            <w:proofErr w:type="spellStart"/>
            <w:r>
              <w:rPr>
                <w:rFonts w:cs="Arial"/>
                <w:b/>
                <w:sz w:val="34"/>
                <w:szCs w:val="36"/>
              </w:rPr>
              <w:t>Liceo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Scientifico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Statale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 xml:space="preserve"> “G. </w:t>
            </w:r>
            <w:proofErr w:type="spellStart"/>
            <w:r>
              <w:rPr>
                <w:rFonts w:cs="Arial"/>
                <w:b/>
                <w:sz w:val="34"/>
                <w:szCs w:val="36"/>
              </w:rPr>
              <w:t>Ancina</w:t>
            </w:r>
            <w:proofErr w:type="spellEnd"/>
            <w:r>
              <w:rPr>
                <w:rFonts w:cs="Arial"/>
                <w:b/>
                <w:sz w:val="34"/>
                <w:szCs w:val="36"/>
              </w:rPr>
              <w:t>”</w:t>
            </w:r>
          </w:p>
          <w:p w14:paraId="01317D85" w14:textId="77777777" w:rsidR="00DD6CB3" w:rsidRDefault="00DD6CB3" w:rsidP="00DD6CB3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–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Scientifico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ad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indirizzo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Sportivo</w:t>
            </w:r>
            <w:proofErr w:type="spellEnd"/>
          </w:p>
          <w:p w14:paraId="62A8F9C8" w14:textId="77777777" w:rsidR="00DD6CB3" w:rsidRDefault="00DD6CB3" w:rsidP="00DD6CB3">
            <w:pPr>
              <w:pStyle w:val="Intestazione"/>
              <w:ind w:left="-283" w:right="-217"/>
              <w:jc w:val="center"/>
              <w:rPr>
                <w:rFonts w:cs="Arial"/>
                <w:b/>
              </w:rPr>
            </w:pP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Linguistico</w:t>
            </w:r>
            <w:proofErr w:type="spellEnd"/>
            <w:r>
              <w:rPr>
                <w:rFonts w:cs="Arial"/>
                <w:b/>
              </w:rPr>
              <w:t xml:space="preserve"> - </w:t>
            </w:r>
            <w:proofErr w:type="spellStart"/>
            <w:r>
              <w:rPr>
                <w:rFonts w:cs="Arial"/>
                <w:b/>
              </w:rPr>
              <w:t>Liceo</w:t>
            </w:r>
            <w:proofErr w:type="spellEnd"/>
            <w:r>
              <w:rPr>
                <w:rFonts w:cs="Arial"/>
                <w:b/>
              </w:rPr>
              <w:t xml:space="preserve"> </w:t>
            </w:r>
            <w:proofErr w:type="spellStart"/>
            <w:r>
              <w:rPr>
                <w:rFonts w:cs="Arial"/>
                <w:b/>
              </w:rPr>
              <w:t>delle</w:t>
            </w:r>
            <w:proofErr w:type="spellEnd"/>
            <w:r>
              <w:rPr>
                <w:rFonts w:cs="Arial"/>
                <w:b/>
              </w:rPr>
              <w:t xml:space="preserve"> Scienze </w:t>
            </w:r>
            <w:proofErr w:type="spellStart"/>
            <w:r>
              <w:rPr>
                <w:rFonts w:cs="Arial"/>
                <w:b/>
              </w:rPr>
              <w:t>Umane</w:t>
            </w:r>
            <w:proofErr w:type="spellEnd"/>
          </w:p>
          <w:p w14:paraId="07835CC8" w14:textId="77777777" w:rsidR="00DD6CB3" w:rsidRDefault="00DD6CB3" w:rsidP="00DD6CB3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proofErr w:type="spellStart"/>
            <w:r>
              <w:rPr>
                <w:rFonts w:cs="Arial"/>
                <w:sz w:val="18"/>
                <w:szCs w:val="18"/>
              </w:rPr>
              <w:t>P.</w:t>
            </w:r>
            <w:r>
              <w:rPr>
                <w:rFonts w:cs="Arial"/>
                <w:sz w:val="18"/>
                <w:szCs w:val="18"/>
                <w:vertAlign w:val="superscript"/>
              </w:rPr>
              <w:t>zza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 Don Mario </w:t>
            </w:r>
            <w:proofErr w:type="spellStart"/>
            <w:r>
              <w:rPr>
                <w:rFonts w:cs="Arial"/>
                <w:sz w:val="18"/>
                <w:szCs w:val="18"/>
              </w:rPr>
              <w:t>Picco</w:t>
            </w:r>
            <w:proofErr w:type="spellEnd"/>
            <w:r>
              <w:rPr>
                <w:rFonts w:cs="Arial"/>
                <w:sz w:val="18"/>
                <w:szCs w:val="18"/>
              </w:rPr>
              <w:t xml:space="preserve">, 6 / Via Tripoli, </w:t>
            </w:r>
            <w:proofErr w:type="gramStart"/>
            <w:r>
              <w:rPr>
                <w:rFonts w:cs="Arial"/>
                <w:sz w:val="18"/>
                <w:szCs w:val="18"/>
              </w:rPr>
              <w:t>4  -</w:t>
            </w:r>
            <w:proofErr w:type="gramEnd"/>
            <w:r>
              <w:rPr>
                <w:rFonts w:cs="Arial"/>
                <w:sz w:val="18"/>
                <w:szCs w:val="18"/>
              </w:rPr>
              <w:t xml:space="preserve">  12045 FOSSANO (CN)</w:t>
            </w:r>
          </w:p>
          <w:p w14:paraId="558B0B8B" w14:textId="77777777" w:rsidR="00DD6CB3" w:rsidRDefault="00DD6CB3" w:rsidP="00DD6CB3">
            <w:pPr>
              <w:tabs>
                <w:tab w:val="left" w:pos="175"/>
              </w:tabs>
              <w:spacing w:after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8"/>
                <w:szCs w:val="18"/>
              </w:rPr>
              <w:t>PEC</w:t>
            </w:r>
            <w:r>
              <w:rPr>
                <w:rFonts w:cs="Arial"/>
                <w:b/>
                <w:sz w:val="18"/>
                <w:szCs w:val="18"/>
              </w:rPr>
              <w:t xml:space="preserve">: </w:t>
            </w:r>
            <w:r>
              <w:rPr>
                <w:rFonts w:cs="Arial"/>
                <w:sz w:val="16"/>
                <w:szCs w:val="16"/>
              </w:rPr>
              <w:t xml:space="preserve">cnps010003@pec.istruzione.it      </w:t>
            </w:r>
            <w:r>
              <w:rPr>
                <w:rFonts w:cs="Arial"/>
                <w:sz w:val="18"/>
                <w:szCs w:val="18"/>
              </w:rPr>
              <w:t>PEO</w:t>
            </w:r>
            <w:r>
              <w:rPr>
                <w:rFonts w:cs="Arial"/>
                <w:b/>
                <w:sz w:val="18"/>
                <w:szCs w:val="18"/>
              </w:rPr>
              <w:t>:</w:t>
            </w:r>
            <w:r>
              <w:rPr>
                <w:rFonts w:cs="Arial"/>
                <w:b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info@liceoancina.edu.it     Sito Web: liceoancina.edu.it</w:t>
            </w:r>
          </w:p>
          <w:p w14:paraId="5246B7C0" w14:textId="77777777" w:rsidR="00DD6CB3" w:rsidRDefault="00DD6CB3" w:rsidP="00DD6CB3">
            <w:pPr>
              <w:pStyle w:val="Intestazione"/>
              <w:ind w:left="-283" w:right="-217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Tel. 0172/694063</w:t>
            </w:r>
          </w:p>
          <w:p w14:paraId="7E041BEF" w14:textId="77777777" w:rsidR="00DD6CB3" w:rsidRDefault="00DD6CB3" w:rsidP="00DD6CB3">
            <w:pPr>
              <w:tabs>
                <w:tab w:val="left" w:pos="1290"/>
              </w:tabs>
            </w:pPr>
          </w:p>
        </w:tc>
        <w:tc>
          <w:tcPr>
            <w:tcW w:w="1446" w:type="dxa"/>
          </w:tcPr>
          <w:p w14:paraId="7EB0A232" w14:textId="77777777" w:rsidR="00DD6CB3" w:rsidRDefault="00DD6CB3" w:rsidP="00DD6CB3">
            <w:pPr>
              <w:tabs>
                <w:tab w:val="left" w:pos="1290"/>
              </w:tabs>
              <w:rPr>
                <w:rFonts w:ascii="Calibri" w:hAnsi="Calibri"/>
                <w:noProof/>
                <w:sz w:val="18"/>
                <w:szCs w:val="18"/>
              </w:rPr>
            </w:pPr>
          </w:p>
          <w:p w14:paraId="594B5A77" w14:textId="77777777" w:rsidR="00DD6CB3" w:rsidRDefault="00DD6CB3" w:rsidP="00DD6CB3">
            <w:pPr>
              <w:tabs>
                <w:tab w:val="left" w:pos="1290"/>
              </w:tabs>
              <w:rPr>
                <w:rFonts w:ascii="Calibri" w:hAnsi="Calibri"/>
                <w:noProof/>
              </w:rPr>
            </w:pPr>
            <w:r>
              <w:object w:dxaOrig="604" w:dyaOrig="604" w14:anchorId="5842D21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61.5pt;height:61.5pt" o:ole="" fillcolor="window">
                  <v:imagedata r:id="rId9" o:title=""/>
                </v:shape>
                <o:OLEObject Type="Embed" ProgID="Word.Picture.8" ShapeID="_x0000_i1027" DrawAspect="Content" ObjectID="_1852117331" r:id="rId10"/>
              </w:object>
            </w:r>
          </w:p>
        </w:tc>
      </w:tr>
    </w:tbl>
    <w:p w14:paraId="5170821D" w14:textId="77777777" w:rsidR="00397139" w:rsidRDefault="00397139"/>
    <w:p w14:paraId="643C75AA" w14:textId="66AFCAEC" w:rsidR="00397139" w:rsidRPr="004A4453" w:rsidRDefault="00484153">
      <w:pPr>
        <w:spacing w:after="80"/>
        <w:jc w:val="center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b/>
          <w:sz w:val="24"/>
          <w:szCs w:val="24"/>
        </w:rPr>
        <w:t>ALLEGATO 1 – ISTANZA DI PARTECIPAZIONE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5094"/>
        <w:gridCol w:w="5096"/>
      </w:tblGrid>
      <w:tr w:rsidR="00397139" w:rsidRPr="004A4453" w14:paraId="6C1D32B1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7E7AE082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b/>
                <w:sz w:val="24"/>
                <w:szCs w:val="24"/>
              </w:rPr>
              <w:t>Programma</w:t>
            </w:r>
          </w:p>
        </w:tc>
        <w:tc>
          <w:tcPr>
            <w:tcW w:w="5100" w:type="dxa"/>
            <w:vAlign w:val="center"/>
          </w:tcPr>
          <w:p w14:paraId="4B03CEB1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sz w:val="24"/>
                <w:szCs w:val="24"/>
              </w:rPr>
              <w:t>PN “Scuola e competenze” 2021-2027 - FESR</w:t>
            </w:r>
          </w:p>
        </w:tc>
      </w:tr>
      <w:tr w:rsidR="00397139" w:rsidRPr="004A4453" w14:paraId="7D0100F9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372E9AB3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b/>
                <w:sz w:val="24"/>
                <w:szCs w:val="24"/>
              </w:rPr>
              <w:t>Avviso</w:t>
            </w:r>
          </w:p>
        </w:tc>
        <w:tc>
          <w:tcPr>
            <w:tcW w:w="5100" w:type="dxa"/>
            <w:vAlign w:val="center"/>
          </w:tcPr>
          <w:p w14:paraId="11F19C2C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sz w:val="24"/>
                <w:szCs w:val="24"/>
              </w:rPr>
              <w:t>Avviso prot. n. 158249 del 17/09/2025</w:t>
            </w:r>
          </w:p>
        </w:tc>
      </w:tr>
      <w:tr w:rsidR="00397139" w:rsidRPr="004A4453" w14:paraId="29A6EA87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2A8F4B1E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b/>
                <w:sz w:val="24"/>
                <w:szCs w:val="24"/>
              </w:rPr>
              <w:t>Codice progetto</w:t>
            </w:r>
          </w:p>
        </w:tc>
        <w:tc>
          <w:tcPr>
            <w:tcW w:w="5100" w:type="dxa"/>
            <w:vAlign w:val="center"/>
          </w:tcPr>
          <w:p w14:paraId="56417EB6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sz w:val="24"/>
                <w:szCs w:val="24"/>
              </w:rPr>
              <w:t>RSO4.</w:t>
            </w:r>
            <w:proofErr w:type="gramStart"/>
            <w:r w:rsidRPr="004A4453">
              <w:rPr>
                <w:rFonts w:asciiTheme="minorHAnsi" w:hAnsiTheme="minorHAnsi"/>
                <w:sz w:val="24"/>
                <w:szCs w:val="24"/>
              </w:rPr>
              <w:t>2.A</w:t>
            </w:r>
            <w:proofErr w:type="gramEnd"/>
            <w:r w:rsidRPr="004A4453">
              <w:rPr>
                <w:rFonts w:asciiTheme="minorHAnsi" w:hAnsiTheme="minorHAnsi"/>
                <w:sz w:val="24"/>
                <w:szCs w:val="24"/>
              </w:rPr>
              <w:t>3.A-FESRPN-PI-2026-9</w:t>
            </w:r>
          </w:p>
        </w:tc>
      </w:tr>
      <w:tr w:rsidR="00397139" w:rsidRPr="004A4453" w14:paraId="58353DC1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038011CA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b/>
                <w:sz w:val="24"/>
                <w:szCs w:val="24"/>
              </w:rPr>
              <w:t>CUP</w:t>
            </w:r>
          </w:p>
        </w:tc>
        <w:tc>
          <w:tcPr>
            <w:tcW w:w="5100" w:type="dxa"/>
            <w:vAlign w:val="center"/>
          </w:tcPr>
          <w:p w14:paraId="63373691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sz w:val="24"/>
                <w:szCs w:val="24"/>
              </w:rPr>
              <w:t>B44D25003040007</w:t>
            </w:r>
          </w:p>
        </w:tc>
      </w:tr>
      <w:tr w:rsidR="00397139" w:rsidRPr="004A4453" w14:paraId="60315697" w14:textId="77777777">
        <w:trPr>
          <w:jc w:val="center"/>
        </w:trPr>
        <w:tc>
          <w:tcPr>
            <w:tcW w:w="5100" w:type="dxa"/>
            <w:shd w:val="clear" w:color="auto" w:fill="E7E6E6"/>
            <w:vAlign w:val="center"/>
          </w:tcPr>
          <w:p w14:paraId="0D8EF03B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b/>
                <w:sz w:val="24"/>
                <w:szCs w:val="24"/>
              </w:rPr>
              <w:t>Importo autorizzato</w:t>
            </w:r>
          </w:p>
        </w:tc>
        <w:tc>
          <w:tcPr>
            <w:tcW w:w="5100" w:type="dxa"/>
            <w:vAlign w:val="center"/>
          </w:tcPr>
          <w:p w14:paraId="3FA2B61D" w14:textId="77777777" w:rsidR="00397139" w:rsidRPr="004A4453" w:rsidRDefault="00484153">
            <w:pPr>
              <w:rPr>
                <w:rFonts w:asciiTheme="minorHAnsi" w:hAnsiTheme="minorHAnsi"/>
                <w:sz w:val="24"/>
                <w:szCs w:val="24"/>
              </w:rPr>
            </w:pPr>
            <w:r w:rsidRPr="004A4453">
              <w:rPr>
                <w:rFonts w:asciiTheme="minorHAnsi" w:hAnsiTheme="minorHAnsi"/>
                <w:sz w:val="24"/>
                <w:szCs w:val="24"/>
              </w:rPr>
              <w:t>€ 200.500,00</w:t>
            </w:r>
          </w:p>
        </w:tc>
      </w:tr>
    </w:tbl>
    <w:p w14:paraId="5FD3D9D0" w14:textId="77777777" w:rsidR="00397139" w:rsidRPr="004A4453" w:rsidRDefault="00397139">
      <w:pPr>
        <w:rPr>
          <w:rFonts w:asciiTheme="minorHAnsi" w:hAnsiTheme="minorHAnsi"/>
          <w:sz w:val="24"/>
          <w:szCs w:val="24"/>
        </w:rPr>
      </w:pPr>
    </w:p>
    <w:p w14:paraId="5D57DD2C" w14:textId="77777777" w:rsidR="00397139" w:rsidRPr="004A4453" w:rsidRDefault="00484153">
      <w:pPr>
        <w:spacing w:after="80"/>
        <w:jc w:val="right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>Al Dirigente Scolastico</w:t>
      </w:r>
    </w:p>
    <w:p w14:paraId="0ECCCE4F" w14:textId="77777777" w:rsidR="00397139" w:rsidRPr="004A4453" w:rsidRDefault="00484153">
      <w:pPr>
        <w:spacing w:after="80"/>
        <w:jc w:val="right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>FOSSANO - “G. ANCINA”</w:t>
      </w:r>
    </w:p>
    <w:p w14:paraId="3CB5F4C7" w14:textId="77777777" w:rsidR="00DD6CB3" w:rsidRDefault="00DD6CB3">
      <w:pPr>
        <w:spacing w:after="80"/>
        <w:rPr>
          <w:rFonts w:asciiTheme="minorHAnsi" w:hAnsiTheme="minorHAnsi"/>
          <w:sz w:val="24"/>
          <w:szCs w:val="24"/>
        </w:rPr>
      </w:pPr>
    </w:p>
    <w:p w14:paraId="621360B3" w14:textId="00281105" w:rsidR="00397139" w:rsidRPr="004A4453" w:rsidRDefault="00484153">
      <w:pPr>
        <w:spacing w:after="80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 xml:space="preserve">Il/La </w:t>
      </w:r>
      <w:proofErr w:type="spellStart"/>
      <w:r w:rsidRPr="004A4453">
        <w:rPr>
          <w:rFonts w:asciiTheme="minorHAnsi" w:hAnsiTheme="minorHAnsi"/>
          <w:sz w:val="24"/>
          <w:szCs w:val="24"/>
        </w:rPr>
        <w:t>sottoscritto</w:t>
      </w:r>
      <w:proofErr w:type="spellEnd"/>
      <w:r w:rsidRPr="004A4453">
        <w:rPr>
          <w:rFonts w:asciiTheme="minorHAnsi" w:hAnsiTheme="minorHAnsi"/>
          <w:sz w:val="24"/>
          <w:szCs w:val="24"/>
        </w:rPr>
        <w:t>/a _____________________</w:t>
      </w:r>
      <w:r w:rsidR="00DD6CB3">
        <w:rPr>
          <w:rFonts w:asciiTheme="minorHAnsi" w:hAnsiTheme="minorHAnsi"/>
          <w:sz w:val="24"/>
          <w:szCs w:val="24"/>
        </w:rPr>
        <w:t>________________</w:t>
      </w:r>
      <w:r w:rsidRPr="004A4453">
        <w:rPr>
          <w:rFonts w:asciiTheme="minorHAnsi" w:hAnsiTheme="minorHAnsi"/>
          <w:sz w:val="24"/>
          <w:szCs w:val="24"/>
        </w:rPr>
        <w:t xml:space="preserve">_________________ </w:t>
      </w:r>
      <w:proofErr w:type="spellStart"/>
      <w:r w:rsidRPr="004A4453">
        <w:rPr>
          <w:rFonts w:asciiTheme="minorHAnsi" w:hAnsiTheme="minorHAnsi"/>
          <w:sz w:val="24"/>
          <w:szCs w:val="24"/>
        </w:rPr>
        <w:t>nato</w:t>
      </w:r>
      <w:proofErr w:type="spellEnd"/>
      <w:r w:rsidRPr="004A4453">
        <w:rPr>
          <w:rFonts w:asciiTheme="minorHAnsi" w:hAnsiTheme="minorHAnsi"/>
          <w:sz w:val="24"/>
          <w:szCs w:val="24"/>
        </w:rPr>
        <w:t>/a a ____________________ (___) il ___/___/______, C.F. ____________________</w:t>
      </w:r>
      <w:r w:rsidR="00DD6CB3">
        <w:rPr>
          <w:rFonts w:asciiTheme="minorHAnsi" w:hAnsiTheme="minorHAnsi"/>
          <w:sz w:val="24"/>
          <w:szCs w:val="24"/>
        </w:rPr>
        <w:t>________________</w:t>
      </w:r>
      <w:r w:rsidRPr="004A4453">
        <w:rPr>
          <w:rFonts w:asciiTheme="minorHAnsi" w:hAnsiTheme="minorHAnsi"/>
          <w:sz w:val="24"/>
          <w:szCs w:val="24"/>
        </w:rPr>
        <w:t xml:space="preserve">__________, residente in ______________________________, </w:t>
      </w:r>
      <w:proofErr w:type="spellStart"/>
      <w:r w:rsidRPr="004A4453">
        <w:rPr>
          <w:rFonts w:asciiTheme="minorHAnsi" w:hAnsiTheme="minorHAnsi"/>
          <w:sz w:val="24"/>
          <w:szCs w:val="24"/>
        </w:rPr>
        <w:t>telefono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___________</w:t>
      </w:r>
      <w:r w:rsidR="00DD6CB3">
        <w:rPr>
          <w:rFonts w:asciiTheme="minorHAnsi" w:hAnsiTheme="minorHAnsi"/>
          <w:sz w:val="24"/>
          <w:szCs w:val="24"/>
        </w:rPr>
        <w:t>___________________</w:t>
      </w:r>
      <w:r w:rsidRPr="004A4453">
        <w:rPr>
          <w:rFonts w:asciiTheme="minorHAnsi" w:hAnsiTheme="minorHAnsi"/>
          <w:sz w:val="24"/>
          <w:szCs w:val="24"/>
        </w:rPr>
        <w:t>_______, e-mail/PEC ________</w:t>
      </w:r>
      <w:r w:rsidR="00DD6CB3">
        <w:rPr>
          <w:rFonts w:asciiTheme="minorHAnsi" w:hAnsiTheme="minorHAnsi"/>
          <w:sz w:val="24"/>
          <w:szCs w:val="24"/>
        </w:rPr>
        <w:t>_______________</w:t>
      </w:r>
      <w:r w:rsidRPr="004A4453">
        <w:rPr>
          <w:rFonts w:asciiTheme="minorHAnsi" w:hAnsiTheme="minorHAnsi"/>
          <w:sz w:val="24"/>
          <w:szCs w:val="24"/>
        </w:rPr>
        <w:t>__________</w:t>
      </w:r>
      <w:r w:rsidR="00DD6CB3">
        <w:rPr>
          <w:rFonts w:asciiTheme="minorHAnsi" w:hAnsiTheme="minorHAnsi"/>
          <w:sz w:val="24"/>
          <w:szCs w:val="24"/>
        </w:rPr>
        <w:t>_______</w:t>
      </w:r>
      <w:r w:rsidRPr="004A4453">
        <w:rPr>
          <w:rFonts w:asciiTheme="minorHAnsi" w:hAnsiTheme="minorHAnsi"/>
          <w:sz w:val="24"/>
          <w:szCs w:val="24"/>
        </w:rPr>
        <w:t>____________,</w:t>
      </w:r>
    </w:p>
    <w:p w14:paraId="1C718F1E" w14:textId="77777777" w:rsidR="00397139" w:rsidRPr="004A4453" w:rsidRDefault="00484153">
      <w:pPr>
        <w:spacing w:after="80"/>
        <w:jc w:val="center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b/>
          <w:sz w:val="24"/>
          <w:szCs w:val="24"/>
        </w:rPr>
        <w:t>CHIEDE</w:t>
      </w:r>
    </w:p>
    <w:p w14:paraId="4B8C2E71" w14:textId="77777777" w:rsidR="00397139" w:rsidRPr="004A4453" w:rsidRDefault="00484153" w:rsidP="00DD6CB3">
      <w:pPr>
        <w:spacing w:after="80"/>
        <w:jc w:val="both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>di partecipare alla procedura comparativa per il conferimento di n. 1 incarico di supporto specialistico al RUP del progetto indicato in epigrafe, concorrendo nella seguente categoria (barrare una sola voce):</w:t>
      </w:r>
    </w:p>
    <w:p w14:paraId="5BDE75E6" w14:textId="77777777" w:rsidR="00397139" w:rsidRPr="004A4453" w:rsidRDefault="00484153">
      <w:pPr>
        <w:pStyle w:val="Puntoelenco"/>
        <w:spacing w:after="40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A </w:t>
      </w:r>
      <w:r w:rsidRPr="004A4453">
        <w:rPr>
          <w:rFonts w:ascii="Cambria" w:hAnsi="Cambria" w:cs="Cambria"/>
          <w:sz w:val="24"/>
          <w:szCs w:val="24"/>
        </w:rPr>
        <w:t>–</w:t>
      </w:r>
      <w:r w:rsidRPr="004A4453">
        <w:rPr>
          <w:rFonts w:asciiTheme="minorHAnsi" w:hAnsiTheme="minorHAnsi"/>
          <w:sz w:val="24"/>
          <w:szCs w:val="24"/>
        </w:rPr>
        <w:t xml:space="preserve"> personale interno dell</w:t>
      </w:r>
      <w:r w:rsidRPr="004A4453">
        <w:rPr>
          <w:rFonts w:ascii="Cambria" w:hAnsi="Cambria" w:cs="Cambria"/>
          <w:sz w:val="24"/>
          <w:szCs w:val="24"/>
        </w:rPr>
        <w:t>’</w:t>
      </w:r>
      <w:r w:rsidRPr="004A4453">
        <w:rPr>
          <w:rFonts w:asciiTheme="minorHAnsi" w:hAnsiTheme="minorHAnsi"/>
          <w:sz w:val="24"/>
          <w:szCs w:val="24"/>
        </w:rPr>
        <w:t>Istituzione scolastica;</w:t>
      </w:r>
    </w:p>
    <w:p w14:paraId="005DD206" w14:textId="77777777" w:rsidR="00397139" w:rsidRPr="004A4453" w:rsidRDefault="00484153" w:rsidP="00DD6CB3">
      <w:pPr>
        <w:pStyle w:val="Puntoelenco"/>
        <w:spacing w:after="40"/>
        <w:jc w:val="both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B </w:t>
      </w:r>
      <w:r w:rsidRPr="004A4453">
        <w:rPr>
          <w:rFonts w:ascii="Cambria" w:hAnsi="Cambria" w:cs="Cambria"/>
          <w:sz w:val="24"/>
          <w:szCs w:val="24"/>
        </w:rPr>
        <w:t>–</w:t>
      </w:r>
      <w:r w:rsidRPr="004A4453">
        <w:rPr>
          <w:rFonts w:asciiTheme="minorHAnsi" w:hAnsiTheme="minorHAnsi"/>
          <w:sz w:val="24"/>
          <w:szCs w:val="24"/>
        </w:rPr>
        <w:t xml:space="preserve"> personale dipendente di altra istituzione scolastica – collaborazione plurima ex art. 57 CCNL Scuola 29/11/2007;</w:t>
      </w:r>
    </w:p>
    <w:p w14:paraId="2A4EDF03" w14:textId="77777777" w:rsidR="00397139" w:rsidRPr="004A4453" w:rsidRDefault="00484153">
      <w:pPr>
        <w:pStyle w:val="Puntoelenco"/>
        <w:spacing w:after="40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C </w:t>
      </w:r>
      <w:r w:rsidRPr="004A4453">
        <w:rPr>
          <w:rFonts w:ascii="Cambria" w:hAnsi="Cambria" w:cs="Cambria"/>
          <w:sz w:val="24"/>
          <w:szCs w:val="24"/>
        </w:rPr>
        <w:t>–</w:t>
      </w:r>
      <w:r w:rsidRPr="004A4453">
        <w:rPr>
          <w:rFonts w:asciiTheme="minorHAnsi" w:hAnsiTheme="minorHAnsi"/>
          <w:sz w:val="24"/>
          <w:szCs w:val="24"/>
        </w:rPr>
        <w:t xml:space="preserve"> soggetto esterno.</w:t>
      </w:r>
    </w:p>
    <w:p w14:paraId="56A58CCE" w14:textId="77777777" w:rsidR="002455D4" w:rsidRDefault="00484153" w:rsidP="00DD6CB3">
      <w:pPr>
        <w:spacing w:after="80"/>
        <w:jc w:val="both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 xml:space="preserve">A tal fine, ai sensi degli artt. 46 e 47 del D.P.R. 445/2000, consapevole delle responsabilità previste in caso di dichiarazioni mendaci, </w:t>
      </w:r>
    </w:p>
    <w:p w14:paraId="2ECE3DB9" w14:textId="5BA150CC" w:rsidR="00397139" w:rsidRPr="004A4453" w:rsidRDefault="00484153" w:rsidP="002455D4">
      <w:pPr>
        <w:spacing w:after="80"/>
        <w:jc w:val="center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>DICHIARA:</w:t>
      </w:r>
    </w:p>
    <w:p w14:paraId="3922BCF2" w14:textId="18B94B9D" w:rsidR="00397139" w:rsidRPr="004A4453" w:rsidRDefault="00484153" w:rsidP="00DD6CB3">
      <w:pPr>
        <w:pStyle w:val="Puntoelenco"/>
        <w:spacing w:after="40"/>
        <w:jc w:val="both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di essere in </w:t>
      </w:r>
      <w:proofErr w:type="spellStart"/>
      <w:r w:rsidRPr="004A4453">
        <w:rPr>
          <w:rFonts w:asciiTheme="minorHAnsi" w:hAnsiTheme="minorHAnsi"/>
          <w:sz w:val="24"/>
          <w:szCs w:val="24"/>
        </w:rPr>
        <w:t>servizio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4A4453">
        <w:rPr>
          <w:rFonts w:asciiTheme="minorHAnsi" w:hAnsiTheme="minorHAnsi"/>
          <w:sz w:val="24"/>
          <w:szCs w:val="24"/>
        </w:rPr>
        <w:t>presso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________________________________</w:t>
      </w:r>
      <w:r w:rsidR="00DD6CB3">
        <w:rPr>
          <w:rFonts w:asciiTheme="minorHAnsi" w:hAnsiTheme="minorHAnsi"/>
          <w:sz w:val="24"/>
          <w:szCs w:val="24"/>
        </w:rPr>
        <w:t>_______________</w:t>
      </w:r>
      <w:r w:rsidRPr="004A4453">
        <w:rPr>
          <w:rFonts w:asciiTheme="minorHAnsi" w:hAnsiTheme="minorHAnsi"/>
          <w:sz w:val="24"/>
          <w:szCs w:val="24"/>
        </w:rPr>
        <w:t xml:space="preserve">______, con </w:t>
      </w:r>
      <w:proofErr w:type="spellStart"/>
      <w:r w:rsidRPr="004A4453">
        <w:rPr>
          <w:rFonts w:asciiTheme="minorHAnsi" w:hAnsiTheme="minorHAnsi"/>
          <w:sz w:val="24"/>
          <w:szCs w:val="24"/>
        </w:rPr>
        <w:t>profilo</w:t>
      </w:r>
      <w:proofErr w:type="spellEnd"/>
      <w:r w:rsidRPr="004A4453">
        <w:rPr>
          <w:rFonts w:asciiTheme="minorHAnsi" w:hAnsiTheme="minorHAnsi"/>
          <w:sz w:val="24"/>
          <w:szCs w:val="24"/>
        </w:rPr>
        <w:t>/</w:t>
      </w:r>
      <w:proofErr w:type="spellStart"/>
      <w:r w:rsidRPr="004A4453">
        <w:rPr>
          <w:rFonts w:asciiTheme="minorHAnsi" w:hAnsiTheme="minorHAnsi"/>
          <w:sz w:val="24"/>
          <w:szCs w:val="24"/>
        </w:rPr>
        <w:t>qualifica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______________________________________ (se applicabile);</w:t>
      </w:r>
    </w:p>
    <w:p w14:paraId="04B7687C" w14:textId="77777777" w:rsidR="00397139" w:rsidRPr="004A4453" w:rsidRDefault="00484153">
      <w:pPr>
        <w:pStyle w:val="Puntoelenco"/>
        <w:spacing w:after="40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di essere in possesso dei requisiti generali previsti dall</w:t>
      </w:r>
      <w:r w:rsidRPr="004A4453">
        <w:rPr>
          <w:rFonts w:ascii="Cambria" w:hAnsi="Cambria" w:cs="Cambria"/>
          <w:sz w:val="24"/>
          <w:szCs w:val="24"/>
        </w:rPr>
        <w:t>’</w:t>
      </w:r>
      <w:r w:rsidRPr="004A4453">
        <w:rPr>
          <w:rFonts w:asciiTheme="minorHAnsi" w:hAnsiTheme="minorHAnsi"/>
          <w:sz w:val="24"/>
          <w:szCs w:val="24"/>
        </w:rPr>
        <w:t>avviso;</w:t>
      </w:r>
    </w:p>
    <w:p w14:paraId="0B3004FD" w14:textId="77777777" w:rsidR="00397139" w:rsidRPr="004A4453" w:rsidRDefault="00484153">
      <w:pPr>
        <w:pStyle w:val="Puntoelenco"/>
        <w:spacing w:after="40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di non trovarsi in situazioni di incompatibilità o conflitto di interessi, anche potenziale;</w:t>
      </w:r>
    </w:p>
    <w:p w14:paraId="4C3C0A44" w14:textId="77777777" w:rsidR="00397139" w:rsidRPr="004A4453" w:rsidRDefault="00484153">
      <w:pPr>
        <w:pStyle w:val="Puntoelenco"/>
        <w:spacing w:after="40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di accettare integralmente condizioni, durata, modalit</w:t>
      </w:r>
      <w:r w:rsidRPr="004A4453">
        <w:rPr>
          <w:rFonts w:ascii="Cambria" w:hAnsi="Cambria" w:cs="Cambria"/>
          <w:sz w:val="24"/>
          <w:szCs w:val="24"/>
        </w:rPr>
        <w:t>à</w:t>
      </w:r>
      <w:r w:rsidRPr="004A4453">
        <w:rPr>
          <w:rFonts w:asciiTheme="minorHAnsi" w:hAnsiTheme="minorHAnsi"/>
          <w:sz w:val="24"/>
          <w:szCs w:val="24"/>
        </w:rPr>
        <w:t xml:space="preserve"> e obblighi previsti dall</w:t>
      </w:r>
      <w:r w:rsidRPr="004A4453">
        <w:rPr>
          <w:rFonts w:ascii="Cambria" w:hAnsi="Cambria" w:cs="Cambria"/>
          <w:sz w:val="24"/>
          <w:szCs w:val="24"/>
        </w:rPr>
        <w:t>’</w:t>
      </w:r>
      <w:r w:rsidRPr="004A4453">
        <w:rPr>
          <w:rFonts w:asciiTheme="minorHAnsi" w:hAnsiTheme="minorHAnsi"/>
          <w:sz w:val="24"/>
          <w:szCs w:val="24"/>
        </w:rPr>
        <w:t>avviso;</w:t>
      </w:r>
    </w:p>
    <w:p w14:paraId="3662C0EC" w14:textId="77777777" w:rsidR="00397139" w:rsidRPr="004A4453" w:rsidRDefault="00484153" w:rsidP="00DD6CB3">
      <w:pPr>
        <w:pStyle w:val="Puntoelenco"/>
        <w:spacing w:after="40"/>
        <w:jc w:val="both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di impegnarsi, in caso di selezione in collaborazione plurima, a produrre l</w:t>
      </w:r>
      <w:r w:rsidRPr="004A4453">
        <w:rPr>
          <w:rFonts w:ascii="Cambria" w:hAnsi="Cambria" w:cs="Cambria"/>
          <w:sz w:val="24"/>
          <w:szCs w:val="24"/>
        </w:rPr>
        <w:t>’</w:t>
      </w:r>
      <w:r w:rsidRPr="004A4453">
        <w:rPr>
          <w:rFonts w:asciiTheme="minorHAnsi" w:hAnsiTheme="minorHAnsi"/>
          <w:sz w:val="24"/>
          <w:szCs w:val="24"/>
        </w:rPr>
        <w:t>autorizzazione dell</w:t>
      </w:r>
      <w:r w:rsidRPr="004A4453">
        <w:rPr>
          <w:rFonts w:ascii="Cambria" w:hAnsi="Cambria" w:cs="Cambria"/>
          <w:sz w:val="24"/>
          <w:szCs w:val="24"/>
        </w:rPr>
        <w:t>’</w:t>
      </w:r>
      <w:r w:rsidRPr="004A4453">
        <w:rPr>
          <w:rFonts w:asciiTheme="minorHAnsi" w:hAnsiTheme="minorHAnsi"/>
          <w:sz w:val="24"/>
          <w:szCs w:val="24"/>
        </w:rPr>
        <w:t>Amministrazione di appartenenza prima del conferimento;</w:t>
      </w:r>
    </w:p>
    <w:p w14:paraId="058FFEFF" w14:textId="77777777" w:rsidR="00397139" w:rsidRPr="004A4453" w:rsidRDefault="00484153" w:rsidP="00DD6CB3">
      <w:pPr>
        <w:pStyle w:val="Puntoelenco"/>
        <w:spacing w:after="40"/>
        <w:jc w:val="both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di impegnarsi a svolgere le attivit</w:t>
      </w:r>
      <w:r w:rsidRPr="004A4453">
        <w:rPr>
          <w:rFonts w:ascii="Cambria" w:hAnsi="Cambria" w:cs="Cambria"/>
          <w:sz w:val="24"/>
          <w:szCs w:val="24"/>
        </w:rPr>
        <w:t>à</w:t>
      </w:r>
      <w:r w:rsidRPr="004A4453">
        <w:rPr>
          <w:rFonts w:asciiTheme="minorHAnsi" w:hAnsiTheme="minorHAnsi"/>
          <w:sz w:val="24"/>
          <w:szCs w:val="24"/>
        </w:rPr>
        <w:t xml:space="preserve"> fuori dall</w:t>
      </w:r>
      <w:r w:rsidRPr="004A4453">
        <w:rPr>
          <w:rFonts w:ascii="Cambria" w:hAnsi="Cambria" w:cs="Cambria"/>
          <w:sz w:val="24"/>
          <w:szCs w:val="24"/>
        </w:rPr>
        <w:t>’</w:t>
      </w:r>
      <w:r w:rsidRPr="004A4453">
        <w:rPr>
          <w:rFonts w:asciiTheme="minorHAnsi" w:hAnsiTheme="minorHAnsi"/>
          <w:sz w:val="24"/>
          <w:szCs w:val="24"/>
        </w:rPr>
        <w:t>orario ordinario di servizio, ove dipendente pubblico;</w:t>
      </w:r>
    </w:p>
    <w:p w14:paraId="00362746" w14:textId="77777777" w:rsidR="00397139" w:rsidRPr="004A4453" w:rsidRDefault="00484153" w:rsidP="00DD6CB3">
      <w:pPr>
        <w:pStyle w:val="Puntoelenco"/>
        <w:spacing w:after="40"/>
        <w:jc w:val="both"/>
        <w:rPr>
          <w:rFonts w:asciiTheme="minorHAnsi" w:hAnsiTheme="minorHAnsi"/>
          <w:sz w:val="24"/>
          <w:szCs w:val="24"/>
        </w:rPr>
      </w:pPr>
      <w:r w:rsidRPr="004A4453">
        <w:rPr>
          <w:rFonts w:ascii="Times New Roman" w:hAnsi="Times New Roman" w:cs="Times New Roman"/>
          <w:sz w:val="24"/>
          <w:szCs w:val="24"/>
        </w:rPr>
        <w:t>□</w:t>
      </w:r>
      <w:r w:rsidRPr="004A4453">
        <w:rPr>
          <w:rFonts w:asciiTheme="minorHAnsi" w:hAnsiTheme="minorHAnsi"/>
          <w:sz w:val="24"/>
          <w:szCs w:val="24"/>
        </w:rPr>
        <w:t xml:space="preserve"> di essere disponibile </w:t>
      </w:r>
      <w:proofErr w:type="gramStart"/>
      <w:r w:rsidRPr="004A4453">
        <w:rPr>
          <w:rFonts w:asciiTheme="minorHAnsi" w:hAnsiTheme="minorHAnsi"/>
          <w:sz w:val="24"/>
          <w:szCs w:val="24"/>
        </w:rPr>
        <w:t>a</w:t>
      </w:r>
      <w:proofErr w:type="gramEnd"/>
      <w:r w:rsidRPr="004A4453">
        <w:rPr>
          <w:rFonts w:asciiTheme="minorHAnsi" w:hAnsiTheme="minorHAnsi"/>
          <w:sz w:val="24"/>
          <w:szCs w:val="24"/>
        </w:rPr>
        <w:t xml:space="preserve"> operare sulle piattaforme e sugli applicativi richiesti dalla scuola e a documentare analiticamente le attività svolte.</w:t>
      </w:r>
    </w:p>
    <w:p w14:paraId="04EE0F2D" w14:textId="77777777" w:rsidR="00DD6CB3" w:rsidRDefault="00DD6CB3">
      <w:pPr>
        <w:spacing w:after="80"/>
        <w:rPr>
          <w:rFonts w:asciiTheme="minorHAnsi" w:hAnsiTheme="minorHAnsi"/>
          <w:sz w:val="24"/>
          <w:szCs w:val="24"/>
        </w:rPr>
      </w:pPr>
    </w:p>
    <w:p w14:paraId="2CD46D3C" w14:textId="77777777" w:rsidR="00DD6CB3" w:rsidRDefault="00484153">
      <w:pPr>
        <w:spacing w:after="80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>Allega:</w:t>
      </w:r>
    </w:p>
    <w:p w14:paraId="0707F402" w14:textId="77777777" w:rsidR="00DD6CB3" w:rsidRDefault="00484153">
      <w:pPr>
        <w:spacing w:after="80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 xml:space="preserve">1) </w:t>
      </w:r>
      <w:proofErr w:type="spellStart"/>
      <w:r w:rsidRPr="004A4453">
        <w:rPr>
          <w:rFonts w:asciiTheme="minorHAnsi" w:hAnsiTheme="minorHAnsi"/>
          <w:sz w:val="24"/>
          <w:szCs w:val="24"/>
        </w:rPr>
        <w:t>scheda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di </w:t>
      </w:r>
      <w:proofErr w:type="spellStart"/>
      <w:r w:rsidRPr="004A4453">
        <w:rPr>
          <w:rFonts w:asciiTheme="minorHAnsi" w:hAnsiTheme="minorHAnsi"/>
          <w:sz w:val="24"/>
          <w:szCs w:val="24"/>
        </w:rPr>
        <w:t>autovalutazione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; </w:t>
      </w:r>
    </w:p>
    <w:p w14:paraId="4C27BC76" w14:textId="77777777" w:rsidR="00DD6CB3" w:rsidRDefault="00484153">
      <w:pPr>
        <w:spacing w:after="80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 xml:space="preserve">2) curriculum vitae; </w:t>
      </w:r>
    </w:p>
    <w:p w14:paraId="61B03DF6" w14:textId="77777777" w:rsidR="00DD6CB3" w:rsidRDefault="00484153">
      <w:pPr>
        <w:spacing w:after="80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 xml:space="preserve">3) </w:t>
      </w:r>
      <w:proofErr w:type="spellStart"/>
      <w:r w:rsidRPr="004A4453">
        <w:rPr>
          <w:rFonts w:asciiTheme="minorHAnsi" w:hAnsiTheme="minorHAnsi"/>
          <w:sz w:val="24"/>
          <w:szCs w:val="24"/>
        </w:rPr>
        <w:t>informativa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privacy; </w:t>
      </w:r>
    </w:p>
    <w:p w14:paraId="312A1DC1" w14:textId="77777777" w:rsidR="00DD6CB3" w:rsidRDefault="00484153">
      <w:pPr>
        <w:spacing w:after="80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 xml:space="preserve">4) </w:t>
      </w:r>
      <w:proofErr w:type="spellStart"/>
      <w:r w:rsidRPr="004A4453">
        <w:rPr>
          <w:rFonts w:asciiTheme="minorHAnsi" w:hAnsiTheme="minorHAnsi"/>
          <w:sz w:val="24"/>
          <w:szCs w:val="24"/>
        </w:rPr>
        <w:t>dichiarazione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di </w:t>
      </w:r>
      <w:proofErr w:type="spellStart"/>
      <w:r w:rsidRPr="004A4453">
        <w:rPr>
          <w:rFonts w:asciiTheme="minorHAnsi" w:hAnsiTheme="minorHAnsi"/>
          <w:sz w:val="24"/>
          <w:szCs w:val="24"/>
        </w:rPr>
        <w:t>incompatibilità</w:t>
      </w:r>
      <w:proofErr w:type="spellEnd"/>
      <w:r w:rsidRPr="004A4453">
        <w:rPr>
          <w:rFonts w:asciiTheme="minorHAnsi" w:hAnsiTheme="minorHAnsi"/>
          <w:sz w:val="24"/>
          <w:szCs w:val="24"/>
        </w:rPr>
        <w:t>/</w:t>
      </w:r>
      <w:proofErr w:type="spellStart"/>
      <w:r w:rsidRPr="004A4453">
        <w:rPr>
          <w:rFonts w:asciiTheme="minorHAnsi" w:hAnsiTheme="minorHAnsi"/>
          <w:sz w:val="24"/>
          <w:szCs w:val="24"/>
        </w:rPr>
        <w:t>conflitto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di interessi; </w:t>
      </w:r>
    </w:p>
    <w:p w14:paraId="7F4F8CBE" w14:textId="77777777" w:rsidR="00DD6CB3" w:rsidRDefault="00484153">
      <w:pPr>
        <w:spacing w:after="80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 xml:space="preserve">5) </w:t>
      </w:r>
      <w:proofErr w:type="spellStart"/>
      <w:r w:rsidRPr="004A4453">
        <w:rPr>
          <w:rFonts w:asciiTheme="minorHAnsi" w:hAnsiTheme="minorHAnsi"/>
          <w:sz w:val="24"/>
          <w:szCs w:val="24"/>
        </w:rPr>
        <w:t>documento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di </w:t>
      </w:r>
      <w:proofErr w:type="spellStart"/>
      <w:r w:rsidRPr="004A4453">
        <w:rPr>
          <w:rFonts w:asciiTheme="minorHAnsi" w:hAnsiTheme="minorHAnsi"/>
          <w:sz w:val="24"/>
          <w:szCs w:val="24"/>
        </w:rPr>
        <w:t>identità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4A4453">
        <w:rPr>
          <w:rFonts w:asciiTheme="minorHAnsi" w:hAnsiTheme="minorHAnsi"/>
          <w:sz w:val="24"/>
          <w:szCs w:val="24"/>
        </w:rPr>
        <w:t>ove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necessario; </w:t>
      </w:r>
    </w:p>
    <w:p w14:paraId="388D6978" w14:textId="37C4431D" w:rsidR="00397139" w:rsidRPr="004A4453" w:rsidRDefault="00484153">
      <w:pPr>
        <w:spacing w:after="80"/>
        <w:rPr>
          <w:rFonts w:asciiTheme="minorHAnsi" w:hAnsiTheme="minorHAnsi"/>
          <w:sz w:val="24"/>
          <w:szCs w:val="24"/>
        </w:rPr>
      </w:pPr>
      <w:r w:rsidRPr="004A4453">
        <w:rPr>
          <w:rFonts w:asciiTheme="minorHAnsi" w:hAnsiTheme="minorHAnsi"/>
          <w:sz w:val="24"/>
          <w:szCs w:val="24"/>
        </w:rPr>
        <w:t xml:space="preserve">6) </w:t>
      </w:r>
      <w:proofErr w:type="spellStart"/>
      <w:r w:rsidRPr="004A4453">
        <w:rPr>
          <w:rFonts w:asciiTheme="minorHAnsi" w:hAnsiTheme="minorHAnsi"/>
          <w:sz w:val="24"/>
          <w:szCs w:val="24"/>
        </w:rPr>
        <w:t>eventuale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4A4453">
        <w:rPr>
          <w:rFonts w:asciiTheme="minorHAnsi" w:hAnsiTheme="minorHAnsi"/>
          <w:sz w:val="24"/>
          <w:szCs w:val="24"/>
        </w:rPr>
        <w:t>ulteriore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4A4453">
        <w:rPr>
          <w:rFonts w:asciiTheme="minorHAnsi" w:hAnsiTheme="minorHAnsi"/>
          <w:sz w:val="24"/>
          <w:szCs w:val="24"/>
        </w:rPr>
        <w:t>documentazione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</w:t>
      </w:r>
      <w:proofErr w:type="spellStart"/>
      <w:r w:rsidRPr="004A4453">
        <w:rPr>
          <w:rFonts w:asciiTheme="minorHAnsi" w:hAnsiTheme="minorHAnsi"/>
          <w:sz w:val="24"/>
          <w:szCs w:val="24"/>
        </w:rPr>
        <w:t>prevista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dall’avviso.</w:t>
      </w:r>
    </w:p>
    <w:p w14:paraId="44B3E667" w14:textId="77777777" w:rsidR="00DD6CB3" w:rsidRDefault="00DD6CB3">
      <w:pPr>
        <w:spacing w:after="80"/>
        <w:rPr>
          <w:rFonts w:asciiTheme="minorHAnsi" w:hAnsiTheme="minorHAnsi"/>
          <w:sz w:val="24"/>
          <w:szCs w:val="24"/>
        </w:rPr>
      </w:pPr>
    </w:p>
    <w:p w14:paraId="05155B92" w14:textId="77777777" w:rsidR="00DD6CB3" w:rsidRDefault="00DD6CB3">
      <w:pPr>
        <w:spacing w:after="80"/>
        <w:rPr>
          <w:rFonts w:asciiTheme="minorHAnsi" w:hAnsiTheme="minorHAnsi"/>
          <w:sz w:val="24"/>
          <w:szCs w:val="24"/>
        </w:rPr>
      </w:pPr>
    </w:p>
    <w:p w14:paraId="2413ED8C" w14:textId="6102BABA" w:rsidR="00397139" w:rsidRPr="004A4453" w:rsidRDefault="00484153">
      <w:pPr>
        <w:spacing w:after="80"/>
        <w:rPr>
          <w:rFonts w:asciiTheme="minorHAnsi" w:hAnsiTheme="minorHAnsi"/>
          <w:sz w:val="24"/>
          <w:szCs w:val="24"/>
        </w:rPr>
      </w:pPr>
      <w:proofErr w:type="spellStart"/>
      <w:r w:rsidRPr="004A4453">
        <w:rPr>
          <w:rFonts w:asciiTheme="minorHAnsi" w:hAnsiTheme="minorHAnsi"/>
          <w:sz w:val="24"/>
          <w:szCs w:val="24"/>
        </w:rPr>
        <w:t>Luogo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e data ____________________________      </w:t>
      </w:r>
      <w:r w:rsidR="00DD6CB3">
        <w:rPr>
          <w:rFonts w:asciiTheme="minorHAnsi" w:hAnsiTheme="minorHAnsi"/>
          <w:sz w:val="24"/>
          <w:szCs w:val="24"/>
        </w:rPr>
        <w:tab/>
      </w:r>
      <w:r w:rsidR="00DD6CB3">
        <w:rPr>
          <w:rFonts w:asciiTheme="minorHAnsi" w:hAnsiTheme="minorHAnsi"/>
          <w:sz w:val="24"/>
          <w:szCs w:val="24"/>
        </w:rPr>
        <w:tab/>
      </w:r>
      <w:r w:rsidR="00DD6CB3">
        <w:rPr>
          <w:rFonts w:asciiTheme="minorHAnsi" w:hAnsiTheme="minorHAnsi"/>
          <w:sz w:val="24"/>
          <w:szCs w:val="24"/>
        </w:rPr>
        <w:tab/>
      </w:r>
      <w:proofErr w:type="spellStart"/>
      <w:r w:rsidRPr="004A4453">
        <w:rPr>
          <w:rFonts w:asciiTheme="minorHAnsi" w:hAnsiTheme="minorHAnsi"/>
          <w:sz w:val="24"/>
          <w:szCs w:val="24"/>
        </w:rPr>
        <w:t>Firma</w:t>
      </w:r>
      <w:proofErr w:type="spellEnd"/>
      <w:r w:rsidRPr="004A4453">
        <w:rPr>
          <w:rFonts w:asciiTheme="minorHAnsi" w:hAnsiTheme="minorHAnsi"/>
          <w:sz w:val="24"/>
          <w:szCs w:val="24"/>
        </w:rPr>
        <w:t xml:space="preserve"> _________________________________</w:t>
      </w:r>
    </w:p>
    <w:sectPr w:rsidR="00397139" w:rsidRPr="004A4453" w:rsidSect="00034616">
      <w:headerReference w:type="default" r:id="rId11"/>
      <w:footerReference w:type="default" r:id="rId12"/>
      <w:pgSz w:w="12240" w:h="15840"/>
      <w:pgMar w:top="794" w:right="1020" w:bottom="850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CC08F" w14:textId="77777777" w:rsidR="00484153" w:rsidRDefault="00484153">
      <w:pPr>
        <w:spacing w:after="0" w:line="240" w:lineRule="auto"/>
      </w:pPr>
      <w:r>
        <w:separator/>
      </w:r>
    </w:p>
  </w:endnote>
  <w:endnote w:type="continuationSeparator" w:id="0">
    <w:p w14:paraId="68D7383D" w14:textId="77777777" w:rsidR="00484153" w:rsidRDefault="004841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9C0137" w14:textId="77777777" w:rsidR="00397139" w:rsidRDefault="00484153">
    <w:pPr>
      <w:pStyle w:val="Pidipagina"/>
      <w:jc w:val="center"/>
    </w:pPr>
    <w:r>
      <w:rPr>
        <w:sz w:val="14"/>
      </w:rPr>
      <w:t>Allegato 1 – Istanza supporto al RUP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1E300" w14:textId="77777777" w:rsidR="00484153" w:rsidRDefault="00484153">
      <w:pPr>
        <w:spacing w:after="0" w:line="240" w:lineRule="auto"/>
      </w:pPr>
      <w:r>
        <w:separator/>
      </w:r>
    </w:p>
  </w:footnote>
  <w:footnote w:type="continuationSeparator" w:id="0">
    <w:p w14:paraId="10F1DFC9" w14:textId="77777777" w:rsidR="00484153" w:rsidRDefault="004841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DED96" w14:textId="77777777" w:rsidR="00397139" w:rsidRDefault="00484153">
    <w:pPr>
      <w:pStyle w:val="Intestazione"/>
      <w:jc w:val="center"/>
    </w:pPr>
    <w:r>
      <w:rPr>
        <w:noProof/>
      </w:rPr>
      <w:drawing>
        <wp:inline distT="0" distB="0" distL="0" distR="0" wp14:anchorId="57B3FD2C" wp14:editId="2F04671D">
          <wp:extent cx="6192000" cy="60531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e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92000" cy="6053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17622810">
    <w:abstractNumId w:val="8"/>
  </w:num>
  <w:num w:numId="2" w16cid:durableId="1578133193">
    <w:abstractNumId w:val="6"/>
  </w:num>
  <w:num w:numId="3" w16cid:durableId="1994210501">
    <w:abstractNumId w:val="5"/>
  </w:num>
  <w:num w:numId="4" w16cid:durableId="1724480529">
    <w:abstractNumId w:val="4"/>
  </w:num>
  <w:num w:numId="5" w16cid:durableId="349646852">
    <w:abstractNumId w:val="7"/>
  </w:num>
  <w:num w:numId="6" w16cid:durableId="1461418284">
    <w:abstractNumId w:val="3"/>
  </w:num>
  <w:num w:numId="7" w16cid:durableId="1507596276">
    <w:abstractNumId w:val="2"/>
  </w:num>
  <w:num w:numId="8" w16cid:durableId="407848494">
    <w:abstractNumId w:val="1"/>
  </w:num>
  <w:num w:numId="9" w16cid:durableId="1555968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455D4"/>
    <w:rsid w:val="0029639D"/>
    <w:rsid w:val="00326F90"/>
    <w:rsid w:val="00397139"/>
    <w:rsid w:val="00484153"/>
    <w:rsid w:val="004A4453"/>
    <w:rsid w:val="00AA1D8D"/>
    <w:rsid w:val="00B47730"/>
    <w:rsid w:val="00CB0664"/>
    <w:rsid w:val="00DD6CB3"/>
    <w:rsid w:val="00F9436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D6799B"/>
  <w14:defaultImageDpi w14:val="300"/>
  <w15:docId w15:val="{0F50E0CD-D5B2-4784-BE78-1836C6660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28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5BCA1BF-3B88-4953-ACA5-C4EFF3845A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DSGA</cp:lastModifiedBy>
  <cp:revision>3</cp:revision>
  <dcterms:created xsi:type="dcterms:W3CDTF">2026-09-28T14:15:00Z</dcterms:created>
  <dcterms:modified xsi:type="dcterms:W3CDTF">2026-09-28T14:15:00Z</dcterms:modified>
  <cp:category/>
</cp:coreProperties>
</file>